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FEC7A" w14:textId="77777777" w:rsidR="00635AD5" w:rsidRDefault="00000000" w:rsidP="00580A64">
      <w:pPr>
        <w:spacing w:after="0"/>
        <w:jc w:val="center"/>
      </w:pPr>
      <w:r>
        <w:rPr>
          <w:noProof/>
        </w:rPr>
        <w:drawing>
          <wp:inline distT="0" distB="0" distL="0" distR="0" wp14:anchorId="5A40737A" wp14:editId="759AE423">
            <wp:extent cx="2926080" cy="19514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put_file_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5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3B17" w14:textId="77777777" w:rsidR="00635AD5" w:rsidRDefault="00000000">
      <w:pPr>
        <w:spacing w:after="480"/>
        <w:jc w:val="center"/>
      </w:pPr>
      <w:r>
        <w:rPr>
          <w:rFonts w:ascii="Arial" w:hAnsi="Arial"/>
          <w:b/>
          <w:color w:val="0F2C59"/>
          <w:sz w:val="26"/>
        </w:rPr>
        <w:t>SOLICITUD DE INGRESO</w:t>
      </w:r>
    </w:p>
    <w:p w14:paraId="311BA1DF" w14:textId="77777777" w:rsidR="00635AD5" w:rsidRDefault="00000000">
      <w:pPr>
        <w:spacing w:after="360"/>
        <w:jc w:val="right"/>
      </w:pPr>
      <w:r>
        <w:rPr>
          <w:rFonts w:ascii="Arial" w:hAnsi="Arial"/>
          <w:b/>
        </w:rPr>
        <w:t>Quito, D.M., ....................................................</w:t>
      </w:r>
    </w:p>
    <w:p w14:paraId="0C1DAA8D" w14:textId="77777777" w:rsidR="00635AD5" w:rsidRDefault="00000000" w:rsidP="00580A64">
      <w:pPr>
        <w:spacing w:after="0"/>
      </w:pPr>
      <w:r>
        <w:rPr>
          <w:rFonts w:ascii="Arial" w:hAnsi="Arial"/>
        </w:rPr>
        <w:t>Señor</w:t>
      </w:r>
      <w:r>
        <w:rPr>
          <w:rFonts w:ascii="Arial" w:hAnsi="Arial"/>
        </w:rPr>
        <w:br/>
      </w:r>
      <w:r>
        <w:rPr>
          <w:rFonts w:ascii="Arial" w:hAnsi="Arial"/>
          <w:b/>
        </w:rPr>
        <w:t>ARNALDO SILVA</w:t>
      </w:r>
      <w:r>
        <w:rPr>
          <w:rFonts w:ascii="Arial" w:hAnsi="Arial"/>
          <w:b/>
        </w:rPr>
        <w:br/>
        <w:t>Presidente de la ASOCIACIÓN DE EMPLEADOS Y TRABAJADORES SCPM</w:t>
      </w:r>
      <w:r>
        <w:rPr>
          <w:rFonts w:ascii="Arial" w:hAnsi="Arial"/>
          <w:b/>
        </w:rPr>
        <w:br/>
      </w:r>
      <w:r>
        <w:rPr>
          <w:rFonts w:ascii="Arial" w:hAnsi="Arial"/>
        </w:rPr>
        <w:t>Presente.-</w:t>
      </w:r>
    </w:p>
    <w:p w14:paraId="23A6BAF1" w14:textId="77777777" w:rsidR="00580A64" w:rsidRDefault="00580A64" w:rsidP="00580A64">
      <w:pPr>
        <w:spacing w:after="0"/>
        <w:rPr>
          <w:rFonts w:ascii="Arial" w:hAnsi="Arial"/>
        </w:rPr>
      </w:pPr>
    </w:p>
    <w:p w14:paraId="6924A216" w14:textId="57459660" w:rsidR="00635AD5" w:rsidRDefault="00000000" w:rsidP="00580A64">
      <w:pPr>
        <w:spacing w:after="0"/>
      </w:pPr>
      <w:r>
        <w:rPr>
          <w:rFonts w:ascii="Arial" w:hAnsi="Arial"/>
        </w:rPr>
        <w:t xml:space="preserve">De mi </w:t>
      </w:r>
      <w:proofErr w:type="spellStart"/>
      <w:r>
        <w:rPr>
          <w:rFonts w:ascii="Arial" w:hAnsi="Arial"/>
        </w:rPr>
        <w:t>consideración</w:t>
      </w:r>
      <w:proofErr w:type="spellEnd"/>
      <w:r>
        <w:rPr>
          <w:rFonts w:ascii="Arial" w:hAnsi="Arial"/>
        </w:rPr>
        <w:t>:</w:t>
      </w:r>
    </w:p>
    <w:p w14:paraId="1ED11CAB" w14:textId="77777777" w:rsidR="00580A64" w:rsidRDefault="00580A64" w:rsidP="00580A64">
      <w:pPr>
        <w:spacing w:after="0" w:line="300" w:lineRule="auto"/>
        <w:jc w:val="both"/>
        <w:rPr>
          <w:rFonts w:ascii="Arial" w:hAnsi="Arial"/>
        </w:rPr>
      </w:pPr>
    </w:p>
    <w:p w14:paraId="3D6B0F0B" w14:textId="67A0CC79" w:rsidR="00635AD5" w:rsidRDefault="00000000" w:rsidP="00580A64">
      <w:pPr>
        <w:spacing w:after="0" w:line="300" w:lineRule="auto"/>
        <w:jc w:val="both"/>
      </w:pPr>
      <w:r>
        <w:rPr>
          <w:rFonts w:ascii="Arial" w:hAnsi="Arial"/>
        </w:rPr>
        <w:t xml:space="preserve">Mediante ACUERDO MINISTERIAL N°. MDT-00022-2017 de 24 de febrero del 2017, el Ministerio del Trabajo aprobó el Estatuto de la ASOCIACIÓN DE EMPLEADOS Y TRABAJADORES SCPM, cuya </w:t>
      </w:r>
      <w:r>
        <w:rPr>
          <w:rFonts w:ascii="Arial" w:hAnsi="Arial"/>
          <w:b/>
        </w:rPr>
        <w:t>MISIÓN</w:t>
      </w:r>
      <w:r>
        <w:rPr>
          <w:rFonts w:ascii="Arial" w:hAnsi="Arial"/>
        </w:rPr>
        <w:t xml:space="preserve"> es:</w:t>
      </w:r>
    </w:p>
    <w:p w14:paraId="4F2CE5CC" w14:textId="77777777" w:rsidR="00635AD5" w:rsidRDefault="00000000" w:rsidP="00580A64">
      <w:pPr>
        <w:spacing w:after="0"/>
        <w:ind w:left="576" w:right="576"/>
        <w:jc w:val="both"/>
      </w:pPr>
      <w:r>
        <w:rPr>
          <w:rFonts w:ascii="Arial" w:hAnsi="Arial"/>
          <w:i/>
          <w:color w:val="3C3C3C"/>
          <w:sz w:val="20"/>
        </w:rPr>
        <w:t>“Promover y defender el efectivo respeto de los derechos de sus asociados, en el marco de la Constitución de la República y los Tratados Internacionales aplicables, contribuyendo a que las relaciones de trabajo público estimulen las condiciones para la realización material y efectiva de la libertad, igualdad material, seguridad laboral, éxito, seguridad jurídica, dignity humana y enaltezcan la función del servidor público en la SCPM y que conduzcan a la construcción de una sólida cultura de servicio público de calidad, confianza y valores éticos mediante acciones concretas y eficaces”.</w:t>
      </w:r>
    </w:p>
    <w:p w14:paraId="0878A3EC" w14:textId="4E5E6FC4" w:rsidR="00635AD5" w:rsidRPr="00580A64" w:rsidRDefault="00000000" w:rsidP="00580A64">
      <w:pPr>
        <w:spacing w:after="0" w:line="240" w:lineRule="auto"/>
        <w:jc w:val="both"/>
        <w:rPr>
          <w:lang w:val="es-EC"/>
        </w:rPr>
      </w:pPr>
      <w:r w:rsidRPr="00580A64">
        <w:rPr>
          <w:rFonts w:ascii="Arial" w:hAnsi="Arial"/>
          <w:lang w:val="es-EC"/>
        </w:rPr>
        <w:t>Por esa razón, en forma libre, voluntaria, y conocedor de mis derechos laborales constitucionales y sin coacción de ninguna naturaleza, deseo asociarme</w:t>
      </w:r>
      <w:r w:rsidR="00580A64" w:rsidRPr="00580A64">
        <w:rPr>
          <w:rFonts w:ascii="Arial" w:hAnsi="Arial"/>
          <w:lang w:val="es-EC"/>
        </w:rPr>
        <w:t xml:space="preserve">, </w:t>
      </w:r>
      <w:r w:rsidRPr="00580A64">
        <w:rPr>
          <w:rFonts w:ascii="Arial" w:hAnsi="Arial"/>
          <w:lang w:val="es-EC"/>
        </w:rPr>
        <w:t>por lo que solicito al Directorio se me acepte como miembro activo de la misma. Para esta finalidad, me comprometo a respetar y cumplir el Estatuto y demás normativa de la Asociación.</w:t>
      </w:r>
    </w:p>
    <w:p w14:paraId="3ED4E535" w14:textId="77777777" w:rsidR="00580A64" w:rsidRPr="00580A64" w:rsidRDefault="00580A64" w:rsidP="00580A64">
      <w:pPr>
        <w:spacing w:after="0"/>
        <w:jc w:val="both"/>
        <w:rPr>
          <w:rFonts w:ascii="Arial" w:hAnsi="Arial"/>
          <w:lang w:val="es-EC"/>
        </w:rPr>
      </w:pPr>
    </w:p>
    <w:p w14:paraId="17353BED" w14:textId="4D07C9C8" w:rsidR="00635AD5" w:rsidRDefault="00000000" w:rsidP="00580A64">
      <w:pPr>
        <w:spacing w:after="0"/>
        <w:jc w:val="both"/>
        <w:rPr>
          <w:rFonts w:ascii="Arial" w:hAnsi="Arial"/>
          <w:lang w:val="es-EC"/>
        </w:rPr>
      </w:pPr>
      <w:r w:rsidRPr="00580A64">
        <w:rPr>
          <w:rFonts w:ascii="Arial" w:hAnsi="Arial"/>
          <w:lang w:val="es-EC"/>
        </w:rPr>
        <w:t>Aprovecho la ocasión para desearle éxitos en su gestión.</w:t>
      </w:r>
    </w:p>
    <w:p w14:paraId="63EE2258" w14:textId="77777777" w:rsidR="00580A64" w:rsidRPr="00580A64" w:rsidRDefault="00580A64" w:rsidP="00580A64">
      <w:pPr>
        <w:spacing w:after="0"/>
        <w:jc w:val="both"/>
        <w:rPr>
          <w:lang w:val="es-EC"/>
        </w:rPr>
      </w:pPr>
    </w:p>
    <w:p w14:paraId="7048A67F" w14:textId="77777777" w:rsidR="00635AD5" w:rsidRPr="00580A64" w:rsidRDefault="00000000" w:rsidP="00580A64">
      <w:pPr>
        <w:spacing w:after="0"/>
        <w:rPr>
          <w:lang w:val="es-EC"/>
        </w:rPr>
      </w:pPr>
      <w:r w:rsidRPr="00580A64">
        <w:rPr>
          <w:rFonts w:ascii="Arial" w:hAnsi="Arial"/>
          <w:lang w:val="es-EC"/>
        </w:rPr>
        <w:t>Atentamente,</w:t>
      </w:r>
    </w:p>
    <w:p w14:paraId="2E284734" w14:textId="77777777" w:rsidR="00635AD5" w:rsidRDefault="00000000">
      <w:pPr>
        <w:spacing w:line="312" w:lineRule="auto"/>
      </w:pPr>
      <w:r>
        <w:rPr>
          <w:rFonts w:ascii="Arial" w:hAnsi="Arial"/>
        </w:rPr>
        <w:t>____________________________________</w:t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Nombres: </w:t>
      </w:r>
      <w:r>
        <w:rPr>
          <w:rFonts w:ascii="Arial" w:hAnsi="Arial"/>
        </w:rPr>
        <w:t>............................................................</w:t>
      </w:r>
      <w:r>
        <w:rPr>
          <w:rFonts w:ascii="Arial" w:hAnsi="Arial"/>
        </w:rPr>
        <w:br/>
      </w:r>
      <w:r>
        <w:rPr>
          <w:rFonts w:ascii="Arial" w:hAnsi="Arial"/>
          <w:b/>
        </w:rPr>
        <w:t xml:space="preserve">C.C.: </w:t>
      </w:r>
      <w:r>
        <w:rPr>
          <w:rFonts w:ascii="Arial" w:hAnsi="Arial"/>
        </w:rPr>
        <w:t>............................................................</w:t>
      </w:r>
    </w:p>
    <w:sectPr w:rsidR="00635AD5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62144" w14:textId="77777777" w:rsidR="00DD2798" w:rsidRDefault="00DD2798">
      <w:pPr>
        <w:spacing w:after="0" w:line="240" w:lineRule="auto"/>
      </w:pPr>
      <w:r>
        <w:separator/>
      </w:r>
    </w:p>
  </w:endnote>
  <w:endnote w:type="continuationSeparator" w:id="0">
    <w:p w14:paraId="41A6D3D4" w14:textId="77777777" w:rsidR="00DD2798" w:rsidRDefault="00DD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7EBD" w14:textId="34F83CFD" w:rsidR="00635AD5" w:rsidRPr="00580A64" w:rsidRDefault="00000000" w:rsidP="00580A64">
    <w:pPr>
      <w:pStyle w:val="Piedepgina"/>
      <w:jc w:val="center"/>
      <w:rPr>
        <w:rFonts w:ascii="Arial" w:hAnsi="Arial"/>
        <w:color w:val="787878"/>
        <w:sz w:val="14"/>
        <w:szCs w:val="14"/>
      </w:rPr>
    </w:pPr>
    <w:r w:rsidRPr="00580A64">
      <w:rPr>
        <w:rFonts w:ascii="Arial" w:hAnsi="Arial"/>
        <w:color w:val="787878"/>
        <w:sz w:val="14"/>
        <w:szCs w:val="14"/>
      </w:rPr>
      <w:t xml:space="preserve">Av. De </w:t>
    </w:r>
    <w:proofErr w:type="spellStart"/>
    <w:r w:rsidRPr="00580A64">
      <w:rPr>
        <w:rFonts w:ascii="Arial" w:hAnsi="Arial"/>
        <w:color w:val="787878"/>
        <w:sz w:val="14"/>
        <w:szCs w:val="14"/>
      </w:rPr>
      <w:t>los</w:t>
    </w:r>
    <w:proofErr w:type="spellEnd"/>
    <w:r w:rsidRPr="00580A64">
      <w:rPr>
        <w:rFonts w:ascii="Arial" w:hAnsi="Arial"/>
        <w:color w:val="787878"/>
        <w:sz w:val="14"/>
        <w:szCs w:val="14"/>
      </w:rPr>
      <w:t xml:space="preserve"> </w:t>
    </w:r>
    <w:proofErr w:type="spellStart"/>
    <w:r w:rsidRPr="00580A64">
      <w:rPr>
        <w:rFonts w:ascii="Arial" w:hAnsi="Arial"/>
        <w:color w:val="787878"/>
        <w:sz w:val="14"/>
        <w:szCs w:val="14"/>
      </w:rPr>
      <w:t>Shyris</w:t>
    </w:r>
    <w:proofErr w:type="spellEnd"/>
    <w:r w:rsidRPr="00580A64">
      <w:rPr>
        <w:rFonts w:ascii="Arial" w:hAnsi="Arial"/>
        <w:color w:val="787878"/>
        <w:sz w:val="14"/>
        <w:szCs w:val="14"/>
      </w:rPr>
      <w:t xml:space="preserve"> N44-93 y Río Coca. </w:t>
    </w:r>
    <w:proofErr w:type="spellStart"/>
    <w:r w:rsidRPr="00580A64">
      <w:rPr>
        <w:rFonts w:ascii="Arial" w:hAnsi="Arial"/>
        <w:color w:val="787878"/>
        <w:sz w:val="14"/>
        <w:szCs w:val="14"/>
      </w:rPr>
      <w:t>Edificio</w:t>
    </w:r>
    <w:proofErr w:type="spellEnd"/>
    <w:r w:rsidRPr="00580A64">
      <w:rPr>
        <w:rFonts w:ascii="Arial" w:hAnsi="Arial"/>
        <w:color w:val="787878"/>
        <w:sz w:val="14"/>
        <w:szCs w:val="14"/>
      </w:rPr>
      <w:t xml:space="preserve"> Ocaña | </w:t>
    </w:r>
    <w:proofErr w:type="spellStart"/>
    <w:r w:rsidRPr="00580A64">
      <w:rPr>
        <w:rFonts w:ascii="Arial" w:hAnsi="Arial"/>
        <w:color w:val="787878"/>
        <w:sz w:val="14"/>
        <w:szCs w:val="14"/>
      </w:rPr>
      <w:t>Telf</w:t>
    </w:r>
    <w:proofErr w:type="spellEnd"/>
    <w:r w:rsidRPr="00580A64">
      <w:rPr>
        <w:rFonts w:ascii="Arial" w:hAnsi="Arial"/>
        <w:color w:val="787878"/>
        <w:sz w:val="14"/>
        <w:szCs w:val="14"/>
      </w:rPr>
      <w:t>.: (593) 23956010</w:t>
    </w:r>
    <w:r w:rsidRPr="00580A64">
      <w:rPr>
        <w:rFonts w:ascii="Arial" w:hAnsi="Arial"/>
        <w:color w:val="787878"/>
        <w:sz w:val="14"/>
        <w:szCs w:val="14"/>
      </w:rPr>
      <w:br/>
      <w:t xml:space="preserve">R.U.C 1792796792001 | Quito-Ecuador | Email: </w:t>
    </w:r>
    <w:hyperlink r:id="rId1" w:history="1">
      <w:r w:rsidR="00580A64" w:rsidRPr="00580A64">
        <w:rPr>
          <w:rStyle w:val="Hipervnculo"/>
          <w:rFonts w:ascii="Arial" w:hAnsi="Arial"/>
          <w:sz w:val="14"/>
          <w:szCs w:val="14"/>
        </w:rPr>
        <w:t>aset_admin@aset-scpm.com</w:t>
      </w:r>
    </w:hyperlink>
  </w:p>
  <w:p w14:paraId="7F42AC27" w14:textId="4C2B29E3" w:rsidR="00580A64" w:rsidRPr="00580A64" w:rsidRDefault="00580A64" w:rsidP="00580A64">
    <w:pPr>
      <w:spacing w:after="0" w:line="240" w:lineRule="auto"/>
      <w:jc w:val="center"/>
      <w:rPr>
        <w:sz w:val="14"/>
        <w:szCs w:val="14"/>
      </w:rPr>
    </w:pPr>
    <w:proofErr w:type="spellStart"/>
    <w:r w:rsidRPr="00580A64">
      <w:rPr>
        <w:rFonts w:ascii="Arial" w:hAnsi="Arial"/>
        <w:color w:val="787878"/>
        <w:sz w:val="14"/>
        <w:szCs w:val="14"/>
      </w:rPr>
      <w:t>Acuerdo</w:t>
    </w:r>
    <w:proofErr w:type="spellEnd"/>
    <w:r w:rsidRPr="00580A64">
      <w:rPr>
        <w:rFonts w:ascii="Arial" w:hAnsi="Arial"/>
        <w:color w:val="787878"/>
        <w:sz w:val="14"/>
        <w:szCs w:val="14"/>
      </w:rPr>
      <w:t xml:space="preserve"> Ministerial N°. MDT-22-2017 de 24 de </w:t>
    </w:r>
    <w:proofErr w:type="spellStart"/>
    <w:r w:rsidRPr="00580A64">
      <w:rPr>
        <w:rFonts w:ascii="Arial" w:hAnsi="Arial"/>
        <w:color w:val="787878"/>
        <w:sz w:val="14"/>
        <w:szCs w:val="14"/>
      </w:rPr>
      <w:t>febrero</w:t>
    </w:r>
    <w:proofErr w:type="spellEnd"/>
    <w:r w:rsidRPr="00580A64">
      <w:rPr>
        <w:rFonts w:ascii="Arial" w:hAnsi="Arial"/>
        <w:color w:val="787878"/>
        <w:sz w:val="14"/>
        <w:szCs w:val="14"/>
      </w:rPr>
      <w:t xml:space="preserve"> del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2518" w14:textId="77777777" w:rsidR="00DD2798" w:rsidRDefault="00DD2798">
      <w:pPr>
        <w:spacing w:after="0" w:line="240" w:lineRule="auto"/>
      </w:pPr>
      <w:r>
        <w:separator/>
      </w:r>
    </w:p>
  </w:footnote>
  <w:footnote w:type="continuationSeparator" w:id="0">
    <w:p w14:paraId="44F1E213" w14:textId="77777777" w:rsidR="00DD2798" w:rsidRDefault="00DD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5097429">
    <w:abstractNumId w:val="8"/>
  </w:num>
  <w:num w:numId="2" w16cid:durableId="2105302972">
    <w:abstractNumId w:val="6"/>
  </w:num>
  <w:num w:numId="3" w16cid:durableId="185868212">
    <w:abstractNumId w:val="5"/>
  </w:num>
  <w:num w:numId="4" w16cid:durableId="1202086270">
    <w:abstractNumId w:val="4"/>
  </w:num>
  <w:num w:numId="5" w16cid:durableId="753547148">
    <w:abstractNumId w:val="7"/>
  </w:num>
  <w:num w:numId="6" w16cid:durableId="404107997">
    <w:abstractNumId w:val="3"/>
  </w:num>
  <w:num w:numId="7" w16cid:durableId="1382707561">
    <w:abstractNumId w:val="2"/>
  </w:num>
  <w:num w:numId="8" w16cid:durableId="1269775364">
    <w:abstractNumId w:val="1"/>
  </w:num>
  <w:num w:numId="9" w16cid:durableId="87754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0A64"/>
    <w:rsid w:val="00635AD5"/>
    <w:rsid w:val="0083231B"/>
    <w:rsid w:val="00AA1D8D"/>
    <w:rsid w:val="00B47730"/>
    <w:rsid w:val="00CB0664"/>
    <w:rsid w:val="00DD279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0017B"/>
  <w14:defaultImageDpi w14:val="300"/>
  <w15:docId w15:val="{F26F028C-D0AF-4B1E-9E4F-BC40E6BE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580A6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80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et_admin@aset-scp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aset-scpm</dc:creator>
  <cp:keywords/>
  <dc:description>generated by python-docx</dc:description>
  <cp:lastModifiedBy>Arnaldo Silva</cp:lastModifiedBy>
  <cp:revision>2</cp:revision>
  <dcterms:created xsi:type="dcterms:W3CDTF">2026-06-17T16:04:00Z</dcterms:created>
  <dcterms:modified xsi:type="dcterms:W3CDTF">2026-06-17T16:04:00Z</dcterms:modified>
  <cp:category/>
</cp:coreProperties>
</file>