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40E80" w14:textId="792044A1" w:rsidR="00981DCF" w:rsidRPr="008F70B4" w:rsidRDefault="00981DCF" w:rsidP="00981DCF">
      <w:pPr>
        <w:spacing w:after="0"/>
        <w:jc w:val="center"/>
        <w:rPr>
          <w:rFonts w:ascii="Arial" w:hAnsi="Arial" w:cs="Arial"/>
          <w:sz w:val="18"/>
          <w:szCs w:val="18"/>
          <w:lang w:val="es-EC"/>
        </w:rPr>
      </w:pPr>
      <w:r w:rsidRPr="008F70B4">
        <w:rPr>
          <w:rFonts w:ascii="Arial" w:hAnsi="Arial" w:cs="Arial"/>
          <w:b/>
          <w:bCs/>
          <w:sz w:val="18"/>
          <w:szCs w:val="18"/>
          <w:lang w:val="es-EC"/>
        </w:rPr>
        <w:t>ASOCIACIÓN DE EMPLEADOS Y TRABAJADORES DE LA SUPERINTENDENCIA DE CONTROL DEL PODER DE MERCADO</w:t>
      </w:r>
      <w:r w:rsidR="00B528B3">
        <w:rPr>
          <w:rFonts w:ascii="Arial" w:hAnsi="Arial" w:cs="Arial"/>
          <w:b/>
          <w:bCs/>
          <w:sz w:val="18"/>
          <w:szCs w:val="18"/>
          <w:lang w:val="es-EC"/>
        </w:rPr>
        <w:t xml:space="preserve"> </w:t>
      </w:r>
      <w:r w:rsidRPr="008F70B4">
        <w:rPr>
          <w:rFonts w:ascii="Arial" w:hAnsi="Arial" w:cs="Arial"/>
          <w:b/>
          <w:bCs/>
          <w:sz w:val="18"/>
          <w:szCs w:val="18"/>
          <w:lang w:val="es-EC"/>
        </w:rPr>
        <w:t>ASET-SCPM</w:t>
      </w:r>
    </w:p>
    <w:p w14:paraId="23ADF376" w14:textId="77777777" w:rsidR="00B528B3" w:rsidRDefault="00B528B3" w:rsidP="00981DCF">
      <w:pPr>
        <w:spacing w:after="0"/>
        <w:jc w:val="center"/>
        <w:rPr>
          <w:rFonts w:ascii="Arial" w:hAnsi="Arial" w:cs="Arial"/>
          <w:b/>
          <w:bCs/>
          <w:sz w:val="18"/>
          <w:szCs w:val="18"/>
          <w:lang w:val="es-EC"/>
        </w:rPr>
      </w:pPr>
    </w:p>
    <w:p w14:paraId="4A8D1FD6" w14:textId="65F5D9B5" w:rsidR="00981DCF" w:rsidRPr="008F70B4" w:rsidRDefault="00981DCF" w:rsidP="00981DCF">
      <w:pPr>
        <w:spacing w:after="0"/>
        <w:jc w:val="center"/>
        <w:rPr>
          <w:rFonts w:ascii="Arial" w:hAnsi="Arial" w:cs="Arial"/>
          <w:b/>
          <w:bCs/>
          <w:sz w:val="18"/>
          <w:szCs w:val="18"/>
          <w:lang w:val="es-EC"/>
        </w:rPr>
      </w:pPr>
      <w:r w:rsidRPr="008F70B4">
        <w:rPr>
          <w:rFonts w:ascii="Arial" w:hAnsi="Arial" w:cs="Arial"/>
          <w:b/>
          <w:bCs/>
          <w:sz w:val="18"/>
          <w:szCs w:val="18"/>
          <w:lang w:val="es-EC"/>
        </w:rPr>
        <w:t>SOLICITUD DE APOYO SOLIDARIO REEMBOLSABLE</w:t>
      </w:r>
    </w:p>
    <w:tbl>
      <w:tblPr>
        <w:tblStyle w:val="Tablaconcuadrcula"/>
        <w:tblW w:w="0" w:type="auto"/>
        <w:tblLook w:val="04A0" w:firstRow="1" w:lastRow="0" w:firstColumn="1" w:lastColumn="0" w:noHBand="0" w:noVBand="1"/>
      </w:tblPr>
      <w:tblGrid>
        <w:gridCol w:w="4675"/>
        <w:gridCol w:w="4675"/>
      </w:tblGrid>
      <w:tr w:rsidR="00981DCF" w:rsidRPr="008F70B4" w14:paraId="66404060" w14:textId="77777777" w:rsidTr="00981DCF">
        <w:tc>
          <w:tcPr>
            <w:tcW w:w="4675" w:type="dxa"/>
          </w:tcPr>
          <w:p w14:paraId="7B7BB7C6" w14:textId="77777777" w:rsidR="00981DCF" w:rsidRPr="008F70B4" w:rsidRDefault="00981DCF" w:rsidP="00981DCF">
            <w:pPr>
              <w:spacing w:line="276" w:lineRule="auto"/>
              <w:rPr>
                <w:rFonts w:ascii="Arial" w:hAnsi="Arial" w:cs="Arial"/>
                <w:sz w:val="18"/>
                <w:szCs w:val="18"/>
                <w:lang w:val="es-EC"/>
              </w:rPr>
            </w:pPr>
            <w:r w:rsidRPr="008F70B4">
              <w:rPr>
                <w:rFonts w:ascii="Arial" w:hAnsi="Arial" w:cs="Arial"/>
                <w:b/>
                <w:bCs/>
                <w:sz w:val="18"/>
                <w:szCs w:val="18"/>
                <w:lang w:val="es-EC"/>
              </w:rPr>
              <w:t>NOMBRES Y APELLIDOS DEL SOCIO:</w:t>
            </w:r>
          </w:p>
          <w:p w14:paraId="575236F5" w14:textId="77777777" w:rsidR="00981DCF" w:rsidRPr="008F70B4" w:rsidRDefault="00981DCF" w:rsidP="00981DCF">
            <w:pPr>
              <w:rPr>
                <w:rFonts w:ascii="Arial" w:hAnsi="Arial" w:cs="Arial"/>
                <w:b/>
                <w:bCs/>
                <w:sz w:val="18"/>
                <w:szCs w:val="18"/>
                <w:lang w:val="es-EC"/>
              </w:rPr>
            </w:pPr>
          </w:p>
        </w:tc>
        <w:tc>
          <w:tcPr>
            <w:tcW w:w="4675" w:type="dxa"/>
          </w:tcPr>
          <w:p w14:paraId="0715A69A" w14:textId="77777777" w:rsidR="00981DCF" w:rsidRPr="008F70B4" w:rsidRDefault="00981DCF" w:rsidP="00981DCF">
            <w:pPr>
              <w:spacing w:line="276" w:lineRule="auto"/>
              <w:rPr>
                <w:rFonts w:ascii="Arial" w:hAnsi="Arial" w:cs="Arial"/>
                <w:sz w:val="18"/>
                <w:szCs w:val="18"/>
                <w:lang w:val="es-EC"/>
              </w:rPr>
            </w:pPr>
            <w:r w:rsidRPr="008F70B4">
              <w:rPr>
                <w:rFonts w:ascii="Arial" w:hAnsi="Arial" w:cs="Arial"/>
                <w:b/>
                <w:bCs/>
                <w:sz w:val="18"/>
                <w:szCs w:val="18"/>
                <w:lang w:val="es-EC"/>
              </w:rPr>
              <w:t>CÉDULA DE IDENTIDAD:</w:t>
            </w:r>
          </w:p>
          <w:p w14:paraId="081344BA" w14:textId="77777777" w:rsidR="00981DCF" w:rsidRPr="008F70B4" w:rsidRDefault="00981DCF" w:rsidP="00981DCF">
            <w:pPr>
              <w:rPr>
                <w:rFonts w:ascii="Arial" w:hAnsi="Arial" w:cs="Arial"/>
                <w:b/>
                <w:bCs/>
                <w:sz w:val="18"/>
                <w:szCs w:val="18"/>
                <w:lang w:val="es-EC"/>
              </w:rPr>
            </w:pPr>
          </w:p>
        </w:tc>
      </w:tr>
      <w:tr w:rsidR="00981DCF" w:rsidRPr="008F70B4" w14:paraId="064C1CCB" w14:textId="77777777" w:rsidTr="00981DCF">
        <w:tc>
          <w:tcPr>
            <w:tcW w:w="4675" w:type="dxa"/>
          </w:tcPr>
          <w:p w14:paraId="348450A8" w14:textId="77777777" w:rsidR="00981DCF" w:rsidRPr="008F70B4" w:rsidRDefault="00981DCF" w:rsidP="00981DCF">
            <w:pPr>
              <w:spacing w:line="276" w:lineRule="auto"/>
              <w:rPr>
                <w:rFonts w:ascii="Arial" w:hAnsi="Arial" w:cs="Arial"/>
                <w:b/>
                <w:bCs/>
                <w:sz w:val="18"/>
                <w:szCs w:val="18"/>
                <w:lang w:val="es-EC"/>
              </w:rPr>
            </w:pPr>
          </w:p>
          <w:p w14:paraId="49F2948A" w14:textId="531710CD" w:rsidR="00981DCF" w:rsidRPr="008F70B4" w:rsidRDefault="00981DCF" w:rsidP="00981DCF">
            <w:pPr>
              <w:spacing w:line="276" w:lineRule="auto"/>
              <w:rPr>
                <w:rFonts w:ascii="Arial" w:hAnsi="Arial" w:cs="Arial"/>
                <w:sz w:val="18"/>
                <w:szCs w:val="18"/>
                <w:lang w:val="es-EC"/>
              </w:rPr>
            </w:pPr>
            <w:r w:rsidRPr="008F70B4">
              <w:rPr>
                <w:rFonts w:ascii="Arial" w:hAnsi="Arial" w:cs="Arial"/>
                <w:b/>
                <w:bCs/>
                <w:sz w:val="18"/>
                <w:szCs w:val="18"/>
                <w:lang w:val="es-EC"/>
              </w:rPr>
              <w:t xml:space="preserve">FECHA:  </w:t>
            </w:r>
            <w:r w:rsidRPr="008F70B4">
              <w:rPr>
                <w:rFonts w:ascii="Arial" w:hAnsi="Arial" w:cs="Arial"/>
                <w:sz w:val="18"/>
                <w:szCs w:val="18"/>
                <w:lang w:val="es-EC"/>
              </w:rPr>
              <w:t>____ / ____ / ______</w:t>
            </w:r>
          </w:p>
        </w:tc>
        <w:tc>
          <w:tcPr>
            <w:tcW w:w="4675" w:type="dxa"/>
          </w:tcPr>
          <w:p w14:paraId="7A396106" w14:textId="1D7A7D87" w:rsidR="00981DCF" w:rsidRPr="008F70B4" w:rsidRDefault="00981DCF" w:rsidP="00981DCF">
            <w:pPr>
              <w:rPr>
                <w:rFonts w:ascii="Arial" w:hAnsi="Arial" w:cs="Arial"/>
                <w:b/>
                <w:bCs/>
                <w:sz w:val="18"/>
                <w:szCs w:val="18"/>
                <w:lang w:val="es-EC"/>
              </w:rPr>
            </w:pPr>
            <w:r w:rsidRPr="008F70B4">
              <w:rPr>
                <w:rFonts w:ascii="Arial" w:hAnsi="Arial" w:cs="Arial"/>
                <w:b/>
                <w:bCs/>
                <w:sz w:val="18"/>
                <w:szCs w:val="18"/>
                <w:lang w:val="es-EC"/>
              </w:rPr>
              <w:t>TELEFONO:</w:t>
            </w:r>
          </w:p>
        </w:tc>
      </w:tr>
    </w:tbl>
    <w:p w14:paraId="090BE565" w14:textId="77777777" w:rsidR="00981DCF" w:rsidRPr="008F70B4" w:rsidRDefault="00981DCF" w:rsidP="00981DCF">
      <w:pPr>
        <w:spacing w:after="0"/>
        <w:rPr>
          <w:rFonts w:ascii="Arial" w:hAnsi="Arial" w:cs="Arial"/>
          <w:b/>
          <w:bCs/>
          <w:sz w:val="18"/>
          <w:szCs w:val="18"/>
          <w:lang w:val="es-EC"/>
        </w:rPr>
      </w:pPr>
    </w:p>
    <w:p w14:paraId="10537E20" w14:textId="77777777" w:rsidR="00981DCF" w:rsidRPr="008F70B4" w:rsidRDefault="00981DCF" w:rsidP="00981DCF">
      <w:pPr>
        <w:spacing w:after="0"/>
        <w:rPr>
          <w:rFonts w:ascii="Arial" w:hAnsi="Arial" w:cs="Arial"/>
          <w:b/>
          <w:bCs/>
          <w:sz w:val="18"/>
          <w:szCs w:val="18"/>
          <w:lang w:val="es-EC"/>
        </w:rPr>
      </w:pPr>
      <w:r w:rsidRPr="008F70B4">
        <w:rPr>
          <w:rFonts w:ascii="Arial" w:hAnsi="Arial" w:cs="Arial"/>
          <w:b/>
          <w:bCs/>
          <w:sz w:val="18"/>
          <w:szCs w:val="18"/>
          <w:lang w:val="es-EC"/>
        </w:rPr>
        <w:t>1. MODALIDAD Y MONTO SOLICITADO</w:t>
      </w:r>
    </w:p>
    <w:p w14:paraId="1D61336A" w14:textId="77777777" w:rsidR="00981DCF" w:rsidRPr="008F70B4" w:rsidRDefault="00981DCF" w:rsidP="00981DCF">
      <w:pPr>
        <w:spacing w:after="0"/>
        <w:rPr>
          <w:rFonts w:ascii="Arial" w:hAnsi="Arial" w:cs="Arial"/>
          <w:b/>
          <w:bCs/>
          <w:sz w:val="18"/>
          <w:szCs w:val="18"/>
          <w:lang w:val="es-EC"/>
        </w:rPr>
      </w:pPr>
    </w:p>
    <w:p w14:paraId="6E1A4253" w14:textId="13DCEC48" w:rsidR="00981DCF" w:rsidRPr="008F70B4" w:rsidRDefault="00981DCF" w:rsidP="00981DCF">
      <w:pPr>
        <w:spacing w:after="0"/>
        <w:rPr>
          <w:rFonts w:ascii="Arial" w:hAnsi="Arial" w:cs="Arial"/>
          <w:sz w:val="18"/>
          <w:szCs w:val="18"/>
          <w:lang w:val="es-EC"/>
        </w:rPr>
      </w:pPr>
      <w:r w:rsidRPr="008F70B4">
        <w:rPr>
          <w:rFonts w:ascii="Arial" w:hAnsi="Arial" w:cs="Arial"/>
          <w:b/>
          <w:bCs/>
          <w:sz w:val="18"/>
          <w:szCs w:val="18"/>
          <w:lang w:val="es-EC"/>
        </w:rPr>
        <w:t>MODALIDAD DE APOYO SOLICITADO:</w:t>
      </w:r>
    </w:p>
    <w:p w14:paraId="006F6CE8" w14:textId="016ED29D" w:rsidR="00981DCF" w:rsidRPr="008F70B4" w:rsidRDefault="00981DCF" w:rsidP="00981DCF">
      <w:pPr>
        <w:spacing w:after="0"/>
        <w:rPr>
          <w:rFonts w:ascii="Arial" w:hAnsi="Arial" w:cs="Arial"/>
          <w:sz w:val="18"/>
          <w:szCs w:val="18"/>
          <w:lang w:val="es-EC"/>
        </w:rPr>
      </w:pPr>
      <w:r w:rsidRPr="008F70B4">
        <w:rPr>
          <w:rFonts w:ascii="Segoe UI Symbol" w:hAnsi="Segoe UI Symbol" w:cs="Segoe UI Symbol"/>
          <w:sz w:val="18"/>
          <w:szCs w:val="18"/>
          <w:lang w:val="es-EC"/>
        </w:rPr>
        <w:t>☐</w:t>
      </w:r>
      <w:r w:rsidRPr="008F70B4">
        <w:rPr>
          <w:rFonts w:ascii="Arial" w:hAnsi="Arial" w:cs="Arial"/>
          <w:sz w:val="18"/>
          <w:szCs w:val="18"/>
          <w:lang w:val="es-EC"/>
        </w:rPr>
        <w:t xml:space="preserve"> </w:t>
      </w:r>
      <w:r w:rsidRPr="008F70B4">
        <w:rPr>
          <w:rFonts w:ascii="Arial" w:hAnsi="Arial" w:cs="Arial"/>
          <w:b/>
          <w:bCs/>
          <w:sz w:val="18"/>
          <w:szCs w:val="18"/>
          <w:lang w:val="es-EC"/>
        </w:rPr>
        <w:t>Apoyo solidario emergente</w:t>
      </w:r>
      <w:r w:rsidRPr="008F70B4">
        <w:rPr>
          <w:rFonts w:ascii="Arial" w:hAnsi="Arial" w:cs="Arial"/>
          <w:b/>
          <w:bCs/>
          <w:sz w:val="18"/>
          <w:szCs w:val="18"/>
          <w:lang w:val="es-EC"/>
        </w:rPr>
        <w:tab/>
      </w:r>
      <w:r w:rsidRPr="008F70B4">
        <w:rPr>
          <w:rFonts w:ascii="Arial" w:hAnsi="Arial" w:cs="Arial"/>
          <w:b/>
          <w:bCs/>
          <w:sz w:val="18"/>
          <w:szCs w:val="18"/>
          <w:lang w:val="es-EC"/>
        </w:rPr>
        <w:tab/>
      </w:r>
      <w:r w:rsidRPr="008F70B4">
        <w:rPr>
          <w:rFonts w:ascii="Segoe UI Symbol" w:hAnsi="Segoe UI Symbol" w:cs="Segoe UI Symbol"/>
          <w:sz w:val="18"/>
          <w:szCs w:val="18"/>
          <w:lang w:val="es-EC"/>
        </w:rPr>
        <w:t>☐</w:t>
      </w:r>
      <w:r w:rsidRPr="008F70B4">
        <w:rPr>
          <w:rFonts w:ascii="Arial" w:hAnsi="Arial" w:cs="Arial"/>
          <w:sz w:val="18"/>
          <w:szCs w:val="18"/>
          <w:lang w:val="es-EC"/>
        </w:rPr>
        <w:t xml:space="preserve"> </w:t>
      </w:r>
      <w:r w:rsidRPr="008F70B4">
        <w:rPr>
          <w:rFonts w:ascii="Arial" w:hAnsi="Arial" w:cs="Arial"/>
          <w:b/>
          <w:bCs/>
          <w:sz w:val="18"/>
          <w:szCs w:val="18"/>
          <w:lang w:val="es-EC"/>
        </w:rPr>
        <w:t>Apoyo solidario ordinario</w:t>
      </w:r>
      <w:r w:rsidRPr="008F70B4">
        <w:rPr>
          <w:rFonts w:ascii="Arial" w:hAnsi="Arial" w:cs="Arial"/>
          <w:sz w:val="18"/>
          <w:szCs w:val="18"/>
          <w:lang w:val="es-EC"/>
        </w:rPr>
        <w:br/>
        <w:t>Monto permitido: hasta USD 250,00</w:t>
      </w:r>
      <w:r w:rsidRPr="008F70B4">
        <w:rPr>
          <w:rFonts w:ascii="Arial" w:hAnsi="Arial" w:cs="Arial"/>
          <w:sz w:val="18"/>
          <w:szCs w:val="18"/>
          <w:lang w:val="es-EC"/>
        </w:rPr>
        <w:tab/>
      </w:r>
      <w:r w:rsidRPr="008F70B4">
        <w:rPr>
          <w:rFonts w:ascii="Arial" w:hAnsi="Arial" w:cs="Arial"/>
          <w:sz w:val="18"/>
          <w:szCs w:val="18"/>
          <w:lang w:val="es-EC"/>
        </w:rPr>
        <w:tab/>
        <w:t>Monto permitido: desde USD 300,01 hasta USD 600,00</w:t>
      </w:r>
      <w:r w:rsidRPr="008F70B4">
        <w:rPr>
          <w:rFonts w:ascii="Arial" w:hAnsi="Arial" w:cs="Arial"/>
          <w:sz w:val="18"/>
          <w:szCs w:val="18"/>
          <w:lang w:val="es-EC"/>
        </w:rPr>
        <w:br/>
        <w:t>Plazo permitido: de 1 a 6 meses</w:t>
      </w:r>
      <w:r w:rsidRPr="008F70B4">
        <w:rPr>
          <w:rFonts w:ascii="Arial" w:hAnsi="Arial" w:cs="Arial"/>
          <w:sz w:val="18"/>
          <w:szCs w:val="18"/>
          <w:lang w:val="es-EC"/>
        </w:rPr>
        <w:tab/>
      </w:r>
      <w:r w:rsidRPr="008F70B4">
        <w:rPr>
          <w:rFonts w:ascii="Arial" w:hAnsi="Arial" w:cs="Arial"/>
          <w:sz w:val="18"/>
          <w:szCs w:val="18"/>
          <w:lang w:val="es-EC"/>
        </w:rPr>
        <w:tab/>
        <w:t>Plazo permitido: de 1 a 12 meses</w:t>
      </w:r>
    </w:p>
    <w:p w14:paraId="17C11226" w14:textId="7410D531" w:rsidR="00981DCF" w:rsidRPr="008F70B4" w:rsidRDefault="00981DCF" w:rsidP="00981DCF">
      <w:pPr>
        <w:spacing w:after="0"/>
        <w:rPr>
          <w:rFonts w:ascii="Arial" w:hAnsi="Arial" w:cs="Arial"/>
          <w:b/>
          <w:bCs/>
          <w:sz w:val="18"/>
          <w:szCs w:val="18"/>
          <w:lang w:val="es-EC"/>
        </w:rPr>
      </w:pPr>
      <w:r w:rsidRPr="008F70B4">
        <w:rPr>
          <w:rFonts w:ascii="Arial" w:hAnsi="Arial" w:cs="Arial"/>
          <w:b/>
          <w:bCs/>
          <w:sz w:val="18"/>
          <w:szCs w:val="18"/>
          <w:lang w:val="es-EC"/>
        </w:rPr>
        <w:t>Garante: NO</w:t>
      </w:r>
      <w:r w:rsidRPr="008F70B4">
        <w:rPr>
          <w:rFonts w:ascii="Arial" w:hAnsi="Arial" w:cs="Arial"/>
          <w:b/>
          <w:bCs/>
          <w:sz w:val="18"/>
          <w:szCs w:val="18"/>
          <w:lang w:val="es-EC"/>
        </w:rPr>
        <w:tab/>
      </w:r>
      <w:r w:rsidRPr="008F70B4">
        <w:rPr>
          <w:rFonts w:ascii="Arial" w:hAnsi="Arial" w:cs="Arial"/>
          <w:b/>
          <w:bCs/>
          <w:sz w:val="18"/>
          <w:szCs w:val="18"/>
          <w:lang w:val="es-EC"/>
        </w:rPr>
        <w:tab/>
      </w:r>
      <w:r w:rsidRPr="008F70B4">
        <w:rPr>
          <w:rFonts w:ascii="Arial" w:hAnsi="Arial" w:cs="Arial"/>
          <w:b/>
          <w:bCs/>
          <w:sz w:val="18"/>
          <w:szCs w:val="18"/>
          <w:lang w:val="es-EC"/>
        </w:rPr>
        <w:tab/>
      </w:r>
      <w:r w:rsidRPr="008F70B4">
        <w:rPr>
          <w:rFonts w:ascii="Arial" w:hAnsi="Arial" w:cs="Arial"/>
          <w:b/>
          <w:bCs/>
          <w:sz w:val="18"/>
          <w:szCs w:val="18"/>
          <w:lang w:val="es-EC"/>
        </w:rPr>
        <w:tab/>
        <w:t>Garante: SI</w:t>
      </w:r>
    </w:p>
    <w:p w14:paraId="1B666BB6" w14:textId="77777777" w:rsidR="00981DCF" w:rsidRPr="008F70B4" w:rsidRDefault="00981DCF" w:rsidP="00981DCF">
      <w:pPr>
        <w:spacing w:after="0"/>
        <w:rPr>
          <w:rFonts w:ascii="Arial" w:hAnsi="Arial" w:cs="Arial"/>
          <w:b/>
          <w:bCs/>
          <w:sz w:val="18"/>
          <w:szCs w:val="18"/>
          <w:lang w:val="es-EC"/>
        </w:rPr>
      </w:pPr>
    </w:p>
    <w:p w14:paraId="4329FFD9" w14:textId="7DCF791E" w:rsidR="00981DCF" w:rsidRPr="008F70B4" w:rsidRDefault="00981DCF" w:rsidP="00981DCF">
      <w:pPr>
        <w:spacing w:after="0"/>
        <w:rPr>
          <w:rFonts w:ascii="Arial" w:hAnsi="Arial" w:cs="Arial"/>
          <w:sz w:val="18"/>
          <w:szCs w:val="18"/>
          <w:lang w:val="es-EC"/>
        </w:rPr>
      </w:pPr>
      <w:r w:rsidRPr="008F70B4">
        <w:rPr>
          <w:rFonts w:ascii="Arial" w:hAnsi="Arial" w:cs="Arial"/>
          <w:b/>
          <w:bCs/>
          <w:sz w:val="18"/>
          <w:szCs w:val="18"/>
          <w:lang w:val="es-EC"/>
        </w:rPr>
        <w:t>VALOR SOLICITADO:</w:t>
      </w:r>
      <w:r w:rsidRPr="008F70B4">
        <w:rPr>
          <w:rFonts w:ascii="Arial" w:hAnsi="Arial" w:cs="Arial"/>
          <w:b/>
          <w:bCs/>
          <w:sz w:val="18"/>
          <w:szCs w:val="18"/>
          <w:lang w:val="es-EC"/>
        </w:rPr>
        <w:tab/>
      </w:r>
      <w:r w:rsidRPr="008F70B4">
        <w:rPr>
          <w:rFonts w:ascii="Arial" w:hAnsi="Arial" w:cs="Arial"/>
          <w:b/>
          <w:bCs/>
          <w:sz w:val="18"/>
          <w:szCs w:val="18"/>
          <w:lang w:val="es-EC"/>
        </w:rPr>
        <w:tab/>
      </w:r>
      <w:r w:rsidRPr="008F70B4">
        <w:rPr>
          <w:rFonts w:ascii="Arial" w:hAnsi="Arial" w:cs="Arial"/>
          <w:b/>
          <w:bCs/>
          <w:sz w:val="18"/>
          <w:szCs w:val="18"/>
          <w:lang w:val="es-EC"/>
        </w:rPr>
        <w:tab/>
      </w:r>
      <w:r w:rsidRPr="008F70B4">
        <w:rPr>
          <w:rFonts w:ascii="Arial" w:hAnsi="Arial" w:cs="Arial"/>
          <w:b/>
          <w:bCs/>
          <w:sz w:val="18"/>
          <w:szCs w:val="18"/>
          <w:lang w:val="es-EC"/>
        </w:rPr>
        <w:tab/>
        <w:t>PLAZO SOLICITADO:</w:t>
      </w:r>
      <w:r w:rsidRPr="008F70B4">
        <w:rPr>
          <w:rFonts w:ascii="Arial" w:hAnsi="Arial" w:cs="Arial"/>
          <w:sz w:val="18"/>
          <w:szCs w:val="18"/>
          <w:lang w:val="es-EC"/>
        </w:rPr>
        <w:br/>
      </w:r>
      <w:r w:rsidRPr="008F70B4">
        <w:rPr>
          <w:rFonts w:ascii="Arial" w:hAnsi="Arial" w:cs="Arial"/>
          <w:sz w:val="18"/>
          <w:szCs w:val="18"/>
          <w:lang w:val="es-EC"/>
        </w:rPr>
        <w:br/>
        <w:t>USD ______________________</w:t>
      </w:r>
      <w:r w:rsidRPr="008F70B4">
        <w:rPr>
          <w:rFonts w:ascii="Arial" w:hAnsi="Arial" w:cs="Arial"/>
          <w:sz w:val="18"/>
          <w:szCs w:val="18"/>
          <w:lang w:val="es-EC"/>
        </w:rPr>
        <w:tab/>
      </w:r>
      <w:r w:rsidRPr="008F70B4">
        <w:rPr>
          <w:rFonts w:ascii="Arial" w:hAnsi="Arial" w:cs="Arial"/>
          <w:sz w:val="18"/>
          <w:szCs w:val="18"/>
          <w:lang w:val="es-EC"/>
        </w:rPr>
        <w:tab/>
      </w:r>
      <w:r w:rsidRPr="008F70B4">
        <w:rPr>
          <w:rFonts w:ascii="Arial" w:hAnsi="Arial" w:cs="Arial"/>
          <w:sz w:val="18"/>
          <w:szCs w:val="18"/>
          <w:lang w:val="es-EC"/>
        </w:rPr>
        <w:tab/>
        <w:t>_____ meses</w:t>
      </w:r>
    </w:p>
    <w:p w14:paraId="4E188D41" w14:textId="77777777" w:rsidR="00981DCF" w:rsidRPr="008F70B4" w:rsidRDefault="00981DCF" w:rsidP="00981DCF">
      <w:pPr>
        <w:spacing w:after="0"/>
        <w:rPr>
          <w:rFonts w:ascii="Arial" w:hAnsi="Arial" w:cs="Arial"/>
          <w:b/>
          <w:bCs/>
          <w:sz w:val="18"/>
          <w:szCs w:val="18"/>
          <w:lang w:val="es-EC"/>
        </w:rPr>
      </w:pPr>
    </w:p>
    <w:p w14:paraId="07C142B7" w14:textId="1EEFCD4F" w:rsidR="00981DCF" w:rsidRPr="008F70B4" w:rsidRDefault="00981DCF" w:rsidP="00981DCF">
      <w:pPr>
        <w:spacing w:after="0"/>
        <w:rPr>
          <w:rFonts w:ascii="Arial" w:hAnsi="Arial" w:cs="Arial"/>
          <w:b/>
          <w:bCs/>
          <w:sz w:val="18"/>
          <w:szCs w:val="18"/>
          <w:lang w:val="es-EC"/>
        </w:rPr>
      </w:pPr>
      <w:r w:rsidRPr="008F70B4">
        <w:rPr>
          <w:rFonts w:ascii="Arial" w:hAnsi="Arial" w:cs="Arial"/>
          <w:b/>
          <w:bCs/>
          <w:sz w:val="18"/>
          <w:szCs w:val="18"/>
          <w:lang w:val="es-EC"/>
        </w:rPr>
        <w:t>2. DATOS BANCARIOS PARA ACREDITACIÓN</w:t>
      </w:r>
    </w:p>
    <w:p w14:paraId="1C291251" w14:textId="6B3D5B81" w:rsidR="00981DCF" w:rsidRPr="008F70B4" w:rsidRDefault="00981DCF" w:rsidP="00981DCF">
      <w:pPr>
        <w:spacing w:after="0"/>
        <w:rPr>
          <w:rFonts w:ascii="Arial" w:hAnsi="Arial" w:cs="Arial"/>
          <w:sz w:val="18"/>
          <w:szCs w:val="18"/>
          <w:lang w:val="es-EC"/>
        </w:rPr>
      </w:pPr>
      <w:r w:rsidRPr="008F70B4">
        <w:rPr>
          <w:rFonts w:ascii="Arial" w:hAnsi="Arial" w:cs="Arial"/>
          <w:b/>
          <w:bCs/>
          <w:sz w:val="18"/>
          <w:szCs w:val="18"/>
          <w:lang w:val="es-EC"/>
        </w:rPr>
        <w:t>BANCO:  ____________________________________________________________</w:t>
      </w:r>
    </w:p>
    <w:p w14:paraId="6EB06ADD" w14:textId="2BEC6185" w:rsidR="00981DCF" w:rsidRPr="008F70B4" w:rsidRDefault="00981DCF" w:rsidP="00981DCF">
      <w:pPr>
        <w:spacing w:after="0"/>
        <w:rPr>
          <w:rFonts w:ascii="Arial" w:hAnsi="Arial" w:cs="Arial"/>
          <w:sz w:val="18"/>
          <w:szCs w:val="18"/>
          <w:lang w:val="es-EC"/>
        </w:rPr>
      </w:pPr>
    </w:p>
    <w:p w14:paraId="484AA9CE" w14:textId="42C40DC9" w:rsidR="00981DCF" w:rsidRPr="008F70B4" w:rsidRDefault="00981DCF" w:rsidP="00981DCF">
      <w:pPr>
        <w:spacing w:after="0"/>
        <w:rPr>
          <w:rFonts w:ascii="Arial" w:hAnsi="Arial" w:cs="Arial"/>
          <w:sz w:val="18"/>
          <w:szCs w:val="18"/>
          <w:lang w:val="es-EC"/>
        </w:rPr>
      </w:pPr>
      <w:r w:rsidRPr="008F70B4">
        <w:rPr>
          <w:rFonts w:ascii="Arial" w:hAnsi="Arial" w:cs="Arial"/>
          <w:b/>
          <w:bCs/>
          <w:sz w:val="18"/>
          <w:szCs w:val="18"/>
          <w:lang w:val="es-EC"/>
        </w:rPr>
        <w:t>TIPO DE CUENTA:</w:t>
      </w:r>
      <w:r w:rsidRPr="008F70B4">
        <w:rPr>
          <w:rFonts w:ascii="Arial" w:hAnsi="Arial" w:cs="Arial"/>
          <w:b/>
          <w:bCs/>
          <w:sz w:val="18"/>
          <w:szCs w:val="18"/>
          <w:lang w:val="es-EC"/>
        </w:rPr>
        <w:tab/>
      </w:r>
      <w:r w:rsidRPr="008F70B4">
        <w:rPr>
          <w:rFonts w:ascii="Arial" w:hAnsi="Arial" w:cs="Arial"/>
          <w:b/>
          <w:bCs/>
          <w:sz w:val="18"/>
          <w:szCs w:val="18"/>
          <w:lang w:val="es-EC"/>
        </w:rPr>
        <w:tab/>
      </w:r>
      <w:r w:rsidRPr="008F70B4">
        <w:rPr>
          <w:rFonts w:ascii="Arial" w:hAnsi="Arial" w:cs="Arial"/>
          <w:b/>
          <w:bCs/>
          <w:sz w:val="18"/>
          <w:szCs w:val="18"/>
          <w:lang w:val="es-EC"/>
        </w:rPr>
        <w:tab/>
        <w:t>NÚMERO DE CUENTA: ___________________________</w:t>
      </w:r>
    </w:p>
    <w:p w14:paraId="01009E65" w14:textId="40E4DC58" w:rsidR="00981DCF" w:rsidRPr="008F70B4" w:rsidRDefault="00981DCF" w:rsidP="00981DCF">
      <w:pPr>
        <w:spacing w:after="0"/>
        <w:rPr>
          <w:rFonts w:ascii="Arial" w:hAnsi="Arial" w:cs="Arial"/>
          <w:sz w:val="18"/>
          <w:szCs w:val="18"/>
          <w:lang w:val="es-EC"/>
        </w:rPr>
      </w:pPr>
      <w:r w:rsidRPr="008F70B4">
        <w:rPr>
          <w:rFonts w:ascii="Segoe UI Symbol" w:hAnsi="Segoe UI Symbol" w:cs="Segoe UI Symbol"/>
          <w:sz w:val="18"/>
          <w:szCs w:val="18"/>
          <w:lang w:val="es-EC"/>
        </w:rPr>
        <w:t>☐</w:t>
      </w:r>
      <w:r w:rsidRPr="008F70B4">
        <w:rPr>
          <w:rFonts w:ascii="Arial" w:hAnsi="Arial" w:cs="Arial"/>
          <w:sz w:val="18"/>
          <w:szCs w:val="18"/>
          <w:lang w:val="es-EC"/>
        </w:rPr>
        <w:t xml:space="preserve"> Ahorros     </w:t>
      </w:r>
      <w:r w:rsidRPr="008F70B4">
        <w:rPr>
          <w:rFonts w:ascii="Segoe UI Symbol" w:hAnsi="Segoe UI Symbol" w:cs="Segoe UI Symbol"/>
          <w:sz w:val="18"/>
          <w:szCs w:val="18"/>
          <w:lang w:val="es-EC"/>
        </w:rPr>
        <w:t>☐</w:t>
      </w:r>
      <w:r w:rsidRPr="008F70B4">
        <w:rPr>
          <w:rFonts w:ascii="Arial" w:hAnsi="Arial" w:cs="Arial"/>
          <w:sz w:val="18"/>
          <w:szCs w:val="18"/>
          <w:lang w:val="es-EC"/>
        </w:rPr>
        <w:t xml:space="preserve"> Corriente</w:t>
      </w:r>
      <w:r w:rsidRPr="008F70B4">
        <w:rPr>
          <w:rFonts w:ascii="Arial" w:hAnsi="Arial" w:cs="Arial"/>
          <w:sz w:val="18"/>
          <w:szCs w:val="18"/>
          <w:lang w:val="es-EC"/>
        </w:rPr>
        <w:tab/>
      </w:r>
      <w:r w:rsidRPr="008F70B4">
        <w:rPr>
          <w:rFonts w:ascii="Arial" w:hAnsi="Arial" w:cs="Arial"/>
          <w:sz w:val="18"/>
          <w:szCs w:val="18"/>
          <w:lang w:val="es-EC"/>
        </w:rPr>
        <w:tab/>
      </w:r>
      <w:r w:rsidRPr="008F70B4">
        <w:rPr>
          <w:rFonts w:ascii="Arial" w:hAnsi="Arial" w:cs="Arial"/>
          <w:sz w:val="18"/>
          <w:szCs w:val="18"/>
          <w:lang w:val="es-EC"/>
        </w:rPr>
        <w:tab/>
      </w:r>
      <w:r w:rsidRPr="008F70B4">
        <w:rPr>
          <w:rFonts w:ascii="Arial" w:hAnsi="Arial" w:cs="Arial"/>
          <w:sz w:val="18"/>
          <w:szCs w:val="18"/>
          <w:lang w:val="es-EC"/>
        </w:rPr>
        <w:tab/>
      </w:r>
      <w:r w:rsidRPr="008F70B4">
        <w:rPr>
          <w:rFonts w:ascii="Arial" w:hAnsi="Arial" w:cs="Arial"/>
          <w:sz w:val="18"/>
          <w:szCs w:val="18"/>
          <w:lang w:val="es-EC"/>
        </w:rPr>
        <w:br/>
      </w:r>
    </w:p>
    <w:p w14:paraId="03F79DC6" w14:textId="531F55A8" w:rsidR="00981DCF" w:rsidRPr="008F70B4" w:rsidRDefault="00981DCF" w:rsidP="00981DCF">
      <w:pPr>
        <w:spacing w:after="0"/>
        <w:rPr>
          <w:rFonts w:ascii="Arial" w:hAnsi="Arial" w:cs="Arial"/>
          <w:b/>
          <w:bCs/>
          <w:sz w:val="18"/>
          <w:szCs w:val="18"/>
          <w:lang w:val="es-EC"/>
        </w:rPr>
      </w:pPr>
      <w:r w:rsidRPr="008F70B4">
        <w:rPr>
          <w:rFonts w:ascii="Arial" w:hAnsi="Arial" w:cs="Arial"/>
          <w:b/>
          <w:bCs/>
          <w:sz w:val="18"/>
          <w:szCs w:val="18"/>
          <w:lang w:val="es-EC"/>
        </w:rPr>
        <w:t>3. DATOS DEL GARANTE, (-CUANDO APLIQUE-)</w:t>
      </w:r>
    </w:p>
    <w:p w14:paraId="30A77AD0" w14:textId="77777777" w:rsidR="00981DCF" w:rsidRPr="008F70B4" w:rsidRDefault="00981DCF" w:rsidP="00981DCF">
      <w:pPr>
        <w:spacing w:after="0"/>
        <w:rPr>
          <w:rFonts w:ascii="Arial" w:hAnsi="Arial" w:cs="Arial"/>
          <w:b/>
          <w:bCs/>
          <w:sz w:val="18"/>
          <w:szCs w:val="18"/>
          <w:lang w:val="es-EC"/>
        </w:rPr>
      </w:pPr>
    </w:p>
    <w:tbl>
      <w:tblPr>
        <w:tblStyle w:val="Tablaconcuadrcula"/>
        <w:tblW w:w="0" w:type="auto"/>
        <w:tblLook w:val="04A0" w:firstRow="1" w:lastRow="0" w:firstColumn="1" w:lastColumn="0" w:noHBand="0" w:noVBand="1"/>
      </w:tblPr>
      <w:tblGrid>
        <w:gridCol w:w="4675"/>
        <w:gridCol w:w="4675"/>
      </w:tblGrid>
      <w:tr w:rsidR="00981DCF" w:rsidRPr="008F70B4" w14:paraId="63D9A776" w14:textId="77777777" w:rsidTr="001270F1">
        <w:tc>
          <w:tcPr>
            <w:tcW w:w="4675" w:type="dxa"/>
          </w:tcPr>
          <w:p w14:paraId="47A266C3" w14:textId="77777777" w:rsidR="00981DCF" w:rsidRPr="008F70B4" w:rsidRDefault="00981DCF" w:rsidP="001270F1">
            <w:pPr>
              <w:spacing w:line="276" w:lineRule="auto"/>
              <w:rPr>
                <w:rFonts w:ascii="Arial" w:hAnsi="Arial" w:cs="Arial"/>
                <w:sz w:val="18"/>
                <w:szCs w:val="18"/>
                <w:lang w:val="es-EC"/>
              </w:rPr>
            </w:pPr>
            <w:r w:rsidRPr="008F70B4">
              <w:rPr>
                <w:rFonts w:ascii="Arial" w:hAnsi="Arial" w:cs="Arial"/>
                <w:b/>
                <w:bCs/>
                <w:sz w:val="18"/>
                <w:szCs w:val="18"/>
                <w:lang w:val="es-EC"/>
              </w:rPr>
              <w:t>NOMBRES Y APELLIDOS DEL SOCIO:</w:t>
            </w:r>
          </w:p>
          <w:p w14:paraId="3C4D23C0" w14:textId="77777777" w:rsidR="00981DCF" w:rsidRPr="008F70B4" w:rsidRDefault="00981DCF" w:rsidP="001270F1">
            <w:pPr>
              <w:rPr>
                <w:rFonts w:ascii="Arial" w:hAnsi="Arial" w:cs="Arial"/>
                <w:b/>
                <w:bCs/>
                <w:sz w:val="18"/>
                <w:szCs w:val="18"/>
                <w:lang w:val="es-EC"/>
              </w:rPr>
            </w:pPr>
          </w:p>
        </w:tc>
        <w:tc>
          <w:tcPr>
            <w:tcW w:w="4675" w:type="dxa"/>
          </w:tcPr>
          <w:p w14:paraId="76615F94" w14:textId="77777777" w:rsidR="00981DCF" w:rsidRPr="008F70B4" w:rsidRDefault="00981DCF" w:rsidP="001270F1">
            <w:pPr>
              <w:spacing w:line="276" w:lineRule="auto"/>
              <w:rPr>
                <w:rFonts w:ascii="Arial" w:hAnsi="Arial" w:cs="Arial"/>
                <w:sz w:val="18"/>
                <w:szCs w:val="18"/>
                <w:lang w:val="es-EC"/>
              </w:rPr>
            </w:pPr>
            <w:r w:rsidRPr="008F70B4">
              <w:rPr>
                <w:rFonts w:ascii="Arial" w:hAnsi="Arial" w:cs="Arial"/>
                <w:b/>
                <w:bCs/>
                <w:sz w:val="18"/>
                <w:szCs w:val="18"/>
                <w:lang w:val="es-EC"/>
              </w:rPr>
              <w:t>CÉDULA DE IDENTIDAD:</w:t>
            </w:r>
          </w:p>
          <w:p w14:paraId="109CA103" w14:textId="77777777" w:rsidR="00981DCF" w:rsidRPr="008F70B4" w:rsidRDefault="00981DCF" w:rsidP="001270F1">
            <w:pPr>
              <w:rPr>
                <w:rFonts w:ascii="Arial" w:hAnsi="Arial" w:cs="Arial"/>
                <w:b/>
                <w:bCs/>
                <w:sz w:val="18"/>
                <w:szCs w:val="18"/>
                <w:lang w:val="es-EC"/>
              </w:rPr>
            </w:pPr>
          </w:p>
        </w:tc>
      </w:tr>
      <w:tr w:rsidR="00981DCF" w:rsidRPr="008F70B4" w14:paraId="611DEE43" w14:textId="77777777" w:rsidTr="001270F1">
        <w:tc>
          <w:tcPr>
            <w:tcW w:w="4675" w:type="dxa"/>
          </w:tcPr>
          <w:p w14:paraId="2FFA3CA0" w14:textId="0947ED40" w:rsidR="00981DCF" w:rsidRPr="008F70B4" w:rsidRDefault="00981DCF" w:rsidP="001270F1">
            <w:pPr>
              <w:spacing w:line="276" w:lineRule="auto"/>
              <w:rPr>
                <w:rFonts w:ascii="Arial" w:hAnsi="Arial" w:cs="Arial"/>
                <w:b/>
                <w:bCs/>
                <w:sz w:val="18"/>
                <w:szCs w:val="18"/>
                <w:lang w:val="es-EC"/>
              </w:rPr>
            </w:pPr>
            <w:r w:rsidRPr="008F70B4">
              <w:rPr>
                <w:rFonts w:ascii="Arial" w:hAnsi="Arial" w:cs="Arial"/>
                <w:b/>
                <w:bCs/>
                <w:sz w:val="18"/>
                <w:szCs w:val="18"/>
                <w:lang w:val="es-EC"/>
              </w:rPr>
              <w:t>CORREO ELECTRÓNICO:</w:t>
            </w:r>
          </w:p>
          <w:p w14:paraId="2DF4890A" w14:textId="544A7560" w:rsidR="00981DCF" w:rsidRPr="008F70B4" w:rsidRDefault="00981DCF" w:rsidP="001270F1">
            <w:pPr>
              <w:spacing w:line="276" w:lineRule="auto"/>
              <w:rPr>
                <w:rFonts w:ascii="Arial" w:hAnsi="Arial" w:cs="Arial"/>
                <w:sz w:val="18"/>
                <w:szCs w:val="18"/>
                <w:lang w:val="es-EC"/>
              </w:rPr>
            </w:pPr>
          </w:p>
        </w:tc>
        <w:tc>
          <w:tcPr>
            <w:tcW w:w="4675" w:type="dxa"/>
          </w:tcPr>
          <w:p w14:paraId="1939FFFB" w14:textId="77777777" w:rsidR="00981DCF" w:rsidRPr="008F70B4" w:rsidRDefault="00981DCF" w:rsidP="001270F1">
            <w:pPr>
              <w:rPr>
                <w:rFonts w:ascii="Arial" w:hAnsi="Arial" w:cs="Arial"/>
                <w:b/>
                <w:bCs/>
                <w:sz w:val="18"/>
                <w:szCs w:val="18"/>
                <w:lang w:val="es-EC"/>
              </w:rPr>
            </w:pPr>
            <w:r w:rsidRPr="008F70B4">
              <w:rPr>
                <w:rFonts w:ascii="Arial" w:hAnsi="Arial" w:cs="Arial"/>
                <w:b/>
                <w:bCs/>
                <w:sz w:val="18"/>
                <w:szCs w:val="18"/>
                <w:lang w:val="es-EC"/>
              </w:rPr>
              <w:t>TELEFONO:</w:t>
            </w:r>
          </w:p>
        </w:tc>
      </w:tr>
    </w:tbl>
    <w:p w14:paraId="5D248D3B" w14:textId="77777777" w:rsidR="00981DCF" w:rsidRPr="008F70B4" w:rsidRDefault="00981DCF" w:rsidP="00981DCF">
      <w:pPr>
        <w:spacing w:after="0"/>
        <w:rPr>
          <w:rFonts w:ascii="Arial" w:hAnsi="Arial" w:cs="Arial"/>
          <w:b/>
          <w:bCs/>
          <w:sz w:val="18"/>
          <w:szCs w:val="18"/>
          <w:lang w:val="es-EC"/>
        </w:rPr>
      </w:pPr>
    </w:p>
    <w:p w14:paraId="3A2EC8D3" w14:textId="77777777" w:rsidR="00981DCF" w:rsidRPr="008F70B4" w:rsidRDefault="00981DCF" w:rsidP="00981DCF">
      <w:pPr>
        <w:spacing w:after="0"/>
        <w:rPr>
          <w:rFonts w:ascii="Arial" w:hAnsi="Arial" w:cs="Arial"/>
          <w:b/>
          <w:bCs/>
          <w:sz w:val="18"/>
          <w:szCs w:val="18"/>
          <w:lang w:val="es-EC"/>
        </w:rPr>
      </w:pPr>
      <w:r w:rsidRPr="008F70B4">
        <w:rPr>
          <w:rFonts w:ascii="Arial" w:hAnsi="Arial" w:cs="Arial"/>
          <w:b/>
          <w:bCs/>
          <w:sz w:val="18"/>
          <w:szCs w:val="18"/>
          <w:lang w:val="es-EC"/>
        </w:rPr>
        <w:t>4. AUTORIZACIÓN DEL SOCIO SOLICITANTE</w:t>
      </w:r>
    </w:p>
    <w:p w14:paraId="2FDB16D4" w14:textId="400C33C4" w:rsidR="00981DCF" w:rsidRPr="008F70B4" w:rsidRDefault="00981DCF" w:rsidP="00981DCF">
      <w:pPr>
        <w:spacing w:after="0"/>
        <w:rPr>
          <w:rFonts w:ascii="Arial" w:hAnsi="Arial" w:cs="Arial"/>
          <w:sz w:val="18"/>
          <w:szCs w:val="18"/>
          <w:lang w:val="es-EC"/>
        </w:rPr>
      </w:pPr>
      <w:r w:rsidRPr="008F70B4">
        <w:rPr>
          <w:rFonts w:ascii="Arial" w:hAnsi="Arial" w:cs="Arial"/>
          <w:sz w:val="18"/>
          <w:szCs w:val="18"/>
          <w:lang w:val="es-EC"/>
        </w:rPr>
        <w:t xml:space="preserve">Yo, ________________________________________________, en calidad de socio/a de la ASET-SCPM, solicito acceder a un apoyo solidario reembolsable conforme la modalidad, monto y </w:t>
      </w:r>
      <w:r w:rsidR="008F70B4" w:rsidRPr="008F70B4">
        <w:rPr>
          <w:rFonts w:ascii="Arial" w:hAnsi="Arial" w:cs="Arial"/>
          <w:sz w:val="18"/>
          <w:szCs w:val="18"/>
          <w:lang w:val="es-EC"/>
        </w:rPr>
        <w:t>plazos señalados</w:t>
      </w:r>
      <w:r w:rsidRPr="008F70B4">
        <w:rPr>
          <w:rFonts w:ascii="Arial" w:hAnsi="Arial" w:cs="Arial"/>
          <w:sz w:val="18"/>
          <w:szCs w:val="18"/>
          <w:lang w:val="es-EC"/>
        </w:rPr>
        <w:t xml:space="preserve"> en este formulario.</w:t>
      </w:r>
    </w:p>
    <w:p w14:paraId="59B8B1AF" w14:textId="77777777" w:rsidR="00981DCF" w:rsidRPr="008F70B4" w:rsidRDefault="00981DCF" w:rsidP="00981DCF">
      <w:pPr>
        <w:spacing w:after="0"/>
        <w:rPr>
          <w:rFonts w:ascii="Arial" w:hAnsi="Arial" w:cs="Arial"/>
          <w:sz w:val="18"/>
          <w:szCs w:val="18"/>
          <w:lang w:val="es-EC"/>
        </w:rPr>
      </w:pPr>
    </w:p>
    <w:p w14:paraId="03078422" w14:textId="79C37050" w:rsidR="00981DCF" w:rsidRPr="008F70B4" w:rsidRDefault="00981DCF" w:rsidP="00981DCF">
      <w:pPr>
        <w:spacing w:after="0"/>
        <w:jc w:val="both"/>
        <w:rPr>
          <w:rFonts w:ascii="Arial" w:hAnsi="Arial" w:cs="Arial"/>
          <w:sz w:val="18"/>
          <w:szCs w:val="18"/>
          <w:lang w:val="es-EC"/>
        </w:rPr>
      </w:pPr>
      <w:r w:rsidRPr="008F70B4">
        <w:rPr>
          <w:rFonts w:ascii="Arial" w:hAnsi="Arial" w:cs="Arial"/>
          <w:sz w:val="18"/>
          <w:szCs w:val="18"/>
          <w:lang w:val="es-EC"/>
        </w:rPr>
        <w:t>Declaro conocer que la aprobación del apoyo solicitado estará sujeta al cumplimiento de los requisitos establecidos en el Reglamento de Apoyos Solidarios Reembolsables, disponibilidad financiera de la Asociación, análisis de capacidad mensual de devolución, ausencia de valores vencidos y aprobación de la instancia competente.</w:t>
      </w:r>
    </w:p>
    <w:p w14:paraId="5264B9E8" w14:textId="1D8573E6" w:rsidR="00981DCF" w:rsidRPr="008F70B4" w:rsidRDefault="00981DCF" w:rsidP="00981DCF">
      <w:pPr>
        <w:spacing w:after="0"/>
        <w:jc w:val="both"/>
        <w:rPr>
          <w:rFonts w:ascii="Arial" w:hAnsi="Arial" w:cs="Arial"/>
          <w:sz w:val="18"/>
          <w:szCs w:val="18"/>
          <w:lang w:val="es-EC"/>
        </w:rPr>
      </w:pPr>
      <w:r w:rsidRPr="008F70B4">
        <w:rPr>
          <w:rFonts w:ascii="Arial" w:hAnsi="Arial" w:cs="Arial"/>
          <w:sz w:val="18"/>
          <w:szCs w:val="18"/>
          <w:lang w:val="es-EC"/>
        </w:rPr>
        <w:t>Autorizo expresamente a la ASET-SCPM para que, en caso de aprobarse mi solicitud, se debite, descuente o recaude mensualmente el valor correspondiente a la devolución del apoyo solidario reembolsable, conforme la tabla de devolución que me sea entregada y aceptada.</w:t>
      </w:r>
    </w:p>
    <w:p w14:paraId="7D3CE3E7" w14:textId="7C550DAB" w:rsidR="00981DCF" w:rsidRPr="008F70B4" w:rsidRDefault="00981DCF" w:rsidP="00981DCF">
      <w:pPr>
        <w:spacing w:after="0"/>
        <w:jc w:val="both"/>
        <w:rPr>
          <w:rFonts w:ascii="Arial" w:hAnsi="Arial" w:cs="Arial"/>
          <w:sz w:val="18"/>
          <w:szCs w:val="18"/>
          <w:lang w:val="es-EC"/>
        </w:rPr>
      </w:pPr>
      <w:r w:rsidRPr="008F70B4">
        <w:rPr>
          <w:rFonts w:ascii="Arial" w:hAnsi="Arial" w:cs="Arial"/>
          <w:sz w:val="18"/>
          <w:szCs w:val="18"/>
          <w:lang w:val="es-EC"/>
        </w:rPr>
        <w:t>Declaro conocer que la devolución mensual estará compuesta por la amortización de capital, el valor de sostenibilidad del fondo calculado sobre saldo pendiente y, únicamente en la primera cuota, el gasto administrativo correspondiente.</w:t>
      </w:r>
    </w:p>
    <w:p w14:paraId="240017F8" w14:textId="519D672D" w:rsidR="00981DCF" w:rsidRPr="008F70B4" w:rsidRDefault="00981DCF" w:rsidP="00981DCF">
      <w:pPr>
        <w:spacing w:after="0"/>
        <w:jc w:val="both"/>
        <w:rPr>
          <w:rFonts w:ascii="Arial" w:hAnsi="Arial" w:cs="Arial"/>
          <w:sz w:val="18"/>
          <w:szCs w:val="18"/>
          <w:lang w:val="es-EC"/>
        </w:rPr>
      </w:pPr>
      <w:r w:rsidRPr="008F70B4">
        <w:rPr>
          <w:rFonts w:ascii="Arial" w:hAnsi="Arial" w:cs="Arial"/>
          <w:sz w:val="18"/>
          <w:szCs w:val="18"/>
          <w:lang w:val="es-EC"/>
        </w:rPr>
        <w:t>Asimismo, autorizo que, en caso de terminación de mi relación laboral, renuncia, desvinculación, separación, finalización contractual, cesación de funciones o cualquier otra causa similar, la ASET-SCPM pueda gestionar la recuperación del saldo pendiente con cargo a los valores que legal y administrativamente correspondan por liquidación de haberes, remuneraciones pendientes, vacaciones, décimos u otros valores disponibles.</w:t>
      </w:r>
    </w:p>
    <w:p w14:paraId="32A45318" w14:textId="7C54BAC1" w:rsidR="00981DCF" w:rsidRPr="008F70B4" w:rsidRDefault="00981DCF" w:rsidP="00981DCF">
      <w:pPr>
        <w:spacing w:after="0"/>
        <w:jc w:val="both"/>
        <w:rPr>
          <w:rFonts w:ascii="Arial" w:hAnsi="Arial" w:cs="Arial"/>
          <w:sz w:val="18"/>
          <w:szCs w:val="18"/>
          <w:lang w:val="es-EC"/>
        </w:rPr>
      </w:pPr>
      <w:r w:rsidRPr="008F70B4">
        <w:rPr>
          <w:rFonts w:ascii="Arial" w:hAnsi="Arial" w:cs="Arial"/>
          <w:sz w:val="18"/>
          <w:szCs w:val="18"/>
          <w:lang w:val="es-EC"/>
        </w:rPr>
        <w:lastRenderedPageBreak/>
        <w:t>Declaro que la información proporcionada es verdadera y autorizo su verificación para fines de análisis, aprobación, registro, control y recuperación de los valores entregados.</w:t>
      </w:r>
    </w:p>
    <w:p w14:paraId="7BA81119" w14:textId="77777777" w:rsidR="008F70B4" w:rsidRPr="008F70B4" w:rsidRDefault="008F70B4" w:rsidP="00981DCF">
      <w:pPr>
        <w:spacing w:after="0"/>
        <w:rPr>
          <w:rFonts w:ascii="Arial" w:hAnsi="Arial" w:cs="Arial"/>
          <w:b/>
          <w:bCs/>
          <w:sz w:val="18"/>
          <w:szCs w:val="18"/>
          <w:lang w:val="es-EC"/>
        </w:rPr>
      </w:pPr>
    </w:p>
    <w:p w14:paraId="2DB21DC1" w14:textId="77777777" w:rsidR="00B528B3" w:rsidRDefault="00B528B3" w:rsidP="00981DCF">
      <w:pPr>
        <w:spacing w:after="0"/>
        <w:rPr>
          <w:rFonts w:ascii="Arial" w:hAnsi="Arial" w:cs="Arial"/>
          <w:b/>
          <w:bCs/>
          <w:sz w:val="18"/>
          <w:szCs w:val="18"/>
          <w:lang w:val="es-EC"/>
        </w:rPr>
      </w:pPr>
    </w:p>
    <w:p w14:paraId="65149CED" w14:textId="6F912129" w:rsidR="00981DCF" w:rsidRPr="008F70B4" w:rsidRDefault="00981DCF" w:rsidP="00981DCF">
      <w:pPr>
        <w:spacing w:after="0"/>
        <w:rPr>
          <w:rFonts w:ascii="Arial" w:hAnsi="Arial" w:cs="Arial"/>
          <w:sz w:val="18"/>
          <w:szCs w:val="18"/>
          <w:lang w:val="es-EC"/>
        </w:rPr>
      </w:pPr>
      <w:r w:rsidRPr="008F70B4">
        <w:rPr>
          <w:rFonts w:ascii="Arial" w:hAnsi="Arial" w:cs="Arial"/>
          <w:b/>
          <w:bCs/>
          <w:sz w:val="18"/>
          <w:szCs w:val="18"/>
          <w:lang w:val="es-EC"/>
        </w:rPr>
        <w:t>FIRMA DEL SOCIO SOLICITANTE:</w:t>
      </w:r>
      <w:r w:rsidR="00B528B3">
        <w:rPr>
          <w:rFonts w:ascii="Arial" w:hAnsi="Arial" w:cs="Arial"/>
          <w:b/>
          <w:bCs/>
          <w:sz w:val="18"/>
          <w:szCs w:val="18"/>
          <w:lang w:val="es-EC"/>
        </w:rPr>
        <w:t xml:space="preserve"> _______________________________________</w:t>
      </w:r>
    </w:p>
    <w:p w14:paraId="62D52ECD" w14:textId="252C3255" w:rsidR="00981DCF" w:rsidRPr="008F70B4" w:rsidRDefault="00981DCF" w:rsidP="00981DCF">
      <w:pPr>
        <w:spacing w:after="0"/>
        <w:rPr>
          <w:rFonts w:ascii="Arial" w:hAnsi="Arial" w:cs="Arial"/>
          <w:sz w:val="18"/>
          <w:szCs w:val="18"/>
          <w:lang w:val="es-EC"/>
        </w:rPr>
      </w:pPr>
    </w:p>
    <w:p w14:paraId="27714E3C" w14:textId="4BAA3918" w:rsidR="00981DCF" w:rsidRPr="008F70B4" w:rsidRDefault="00981DCF" w:rsidP="00981DCF">
      <w:pPr>
        <w:spacing w:after="0"/>
        <w:rPr>
          <w:rFonts w:ascii="Arial" w:hAnsi="Arial" w:cs="Arial"/>
          <w:sz w:val="18"/>
          <w:szCs w:val="18"/>
          <w:lang w:val="es-EC"/>
        </w:rPr>
      </w:pPr>
      <w:r w:rsidRPr="008F70B4">
        <w:rPr>
          <w:rFonts w:ascii="Arial" w:hAnsi="Arial" w:cs="Arial"/>
          <w:b/>
          <w:bCs/>
          <w:sz w:val="18"/>
          <w:szCs w:val="18"/>
          <w:lang w:val="es-EC"/>
        </w:rPr>
        <w:t>NOMBRE:</w:t>
      </w:r>
      <w:r w:rsidR="00B528B3">
        <w:rPr>
          <w:rFonts w:ascii="Arial" w:hAnsi="Arial" w:cs="Arial"/>
          <w:b/>
          <w:bCs/>
          <w:sz w:val="18"/>
          <w:szCs w:val="18"/>
          <w:lang w:val="es-EC"/>
        </w:rPr>
        <w:t xml:space="preserve"> __________________________________</w:t>
      </w:r>
    </w:p>
    <w:p w14:paraId="4A565810" w14:textId="77777777" w:rsidR="00B528B3" w:rsidRDefault="00B528B3" w:rsidP="00981DCF">
      <w:pPr>
        <w:spacing w:after="0"/>
        <w:rPr>
          <w:rFonts w:ascii="Arial" w:hAnsi="Arial" w:cs="Arial"/>
          <w:b/>
          <w:bCs/>
          <w:sz w:val="18"/>
          <w:szCs w:val="18"/>
          <w:lang w:val="es-EC"/>
        </w:rPr>
      </w:pPr>
    </w:p>
    <w:p w14:paraId="7B94110C" w14:textId="6301779B" w:rsidR="00981DCF" w:rsidRPr="008F70B4" w:rsidRDefault="00B528B3" w:rsidP="00981DCF">
      <w:pPr>
        <w:spacing w:after="0"/>
        <w:rPr>
          <w:rFonts w:ascii="Arial" w:hAnsi="Arial" w:cs="Arial"/>
          <w:sz w:val="18"/>
          <w:szCs w:val="18"/>
          <w:lang w:val="es-EC"/>
        </w:rPr>
      </w:pPr>
      <w:r>
        <w:rPr>
          <w:rFonts w:ascii="Arial" w:hAnsi="Arial" w:cs="Arial"/>
          <w:b/>
          <w:bCs/>
          <w:sz w:val="18"/>
          <w:szCs w:val="18"/>
          <w:lang w:val="es-EC"/>
        </w:rPr>
        <w:t>C</w:t>
      </w:r>
      <w:r w:rsidR="00981DCF" w:rsidRPr="008F70B4">
        <w:rPr>
          <w:rFonts w:ascii="Arial" w:hAnsi="Arial" w:cs="Arial"/>
          <w:b/>
          <w:bCs/>
          <w:sz w:val="18"/>
          <w:szCs w:val="18"/>
          <w:lang w:val="es-EC"/>
        </w:rPr>
        <w:t>.C.:</w:t>
      </w:r>
      <w:r>
        <w:rPr>
          <w:rFonts w:ascii="Arial" w:hAnsi="Arial" w:cs="Arial"/>
          <w:b/>
          <w:bCs/>
          <w:sz w:val="18"/>
          <w:szCs w:val="18"/>
          <w:lang w:val="es-EC"/>
        </w:rPr>
        <w:t xml:space="preserve"> ______________________________________</w:t>
      </w:r>
    </w:p>
    <w:p w14:paraId="7A1CF8B2" w14:textId="77777777" w:rsidR="00B528B3" w:rsidRDefault="00B528B3" w:rsidP="00981DCF">
      <w:pPr>
        <w:spacing w:after="0"/>
        <w:rPr>
          <w:rFonts w:ascii="Arial" w:hAnsi="Arial" w:cs="Arial"/>
          <w:b/>
          <w:bCs/>
          <w:sz w:val="18"/>
          <w:szCs w:val="18"/>
          <w:lang w:val="es-EC"/>
        </w:rPr>
      </w:pPr>
    </w:p>
    <w:p w14:paraId="60482C9F" w14:textId="6D7D4716" w:rsidR="00981DCF" w:rsidRPr="008F70B4" w:rsidRDefault="00981DCF" w:rsidP="00981DCF">
      <w:pPr>
        <w:spacing w:after="0"/>
        <w:rPr>
          <w:rFonts w:ascii="Arial" w:hAnsi="Arial" w:cs="Arial"/>
          <w:b/>
          <w:bCs/>
          <w:sz w:val="18"/>
          <w:szCs w:val="18"/>
          <w:lang w:val="es-EC"/>
        </w:rPr>
      </w:pPr>
      <w:r w:rsidRPr="008F70B4">
        <w:rPr>
          <w:rFonts w:ascii="Arial" w:hAnsi="Arial" w:cs="Arial"/>
          <w:b/>
          <w:bCs/>
          <w:sz w:val="18"/>
          <w:szCs w:val="18"/>
          <w:lang w:val="es-EC"/>
        </w:rPr>
        <w:t>5. AUTORIZACIÓN DEL GARANTE, CUANDO APLIQUE</w:t>
      </w:r>
    </w:p>
    <w:p w14:paraId="4BE4AE05" w14:textId="77777777" w:rsidR="00981DCF" w:rsidRPr="008F70B4" w:rsidRDefault="00981DCF" w:rsidP="008F70B4">
      <w:pPr>
        <w:spacing w:after="0"/>
        <w:jc w:val="both"/>
        <w:rPr>
          <w:rFonts w:ascii="Arial" w:hAnsi="Arial" w:cs="Arial"/>
          <w:sz w:val="18"/>
          <w:szCs w:val="18"/>
          <w:lang w:val="es-EC"/>
        </w:rPr>
      </w:pPr>
      <w:r w:rsidRPr="008F70B4">
        <w:rPr>
          <w:rFonts w:ascii="Arial" w:hAnsi="Arial" w:cs="Arial"/>
          <w:sz w:val="18"/>
          <w:szCs w:val="18"/>
          <w:lang w:val="es-EC"/>
        </w:rPr>
        <w:t>Yo, ________________________________________________, en calidad de garante o respaldo solidario del socio solicitante, declaro conocer la presente solicitud de apoyo solidario reembolsable.</w:t>
      </w:r>
    </w:p>
    <w:p w14:paraId="1EF4E2FD" w14:textId="77777777" w:rsidR="00981DCF" w:rsidRPr="008F70B4" w:rsidRDefault="00981DCF" w:rsidP="008F70B4">
      <w:pPr>
        <w:spacing w:after="0"/>
        <w:jc w:val="both"/>
        <w:rPr>
          <w:rFonts w:ascii="Arial" w:hAnsi="Arial" w:cs="Arial"/>
          <w:sz w:val="18"/>
          <w:szCs w:val="18"/>
          <w:lang w:val="es-EC"/>
        </w:rPr>
      </w:pPr>
      <w:r w:rsidRPr="008F70B4">
        <w:rPr>
          <w:rFonts w:ascii="Arial" w:hAnsi="Arial" w:cs="Arial"/>
          <w:sz w:val="18"/>
          <w:szCs w:val="18"/>
          <w:lang w:val="es-EC"/>
        </w:rPr>
        <w:t>Autorizo expresamente a la ASET-SCPM para que, en caso de incumplimiento del socio titular y una vez aplicados los mecanismos de recuperación correspondientes, se pueda debitar, descontar o recaudar de mis haberes mensuales, transferencias, depósitos u otro mecanismo autorizado, los valores pendientes debidamente registrados y documentados.</w:t>
      </w:r>
    </w:p>
    <w:p w14:paraId="33B4D057" w14:textId="77777777" w:rsidR="00981DCF" w:rsidRPr="008F70B4" w:rsidRDefault="00981DCF" w:rsidP="008F70B4">
      <w:pPr>
        <w:spacing w:after="0"/>
        <w:jc w:val="both"/>
        <w:rPr>
          <w:rFonts w:ascii="Arial" w:hAnsi="Arial" w:cs="Arial"/>
          <w:sz w:val="18"/>
          <w:szCs w:val="18"/>
          <w:lang w:val="es-EC"/>
        </w:rPr>
      </w:pPr>
      <w:r w:rsidRPr="008F70B4">
        <w:rPr>
          <w:rFonts w:ascii="Arial" w:hAnsi="Arial" w:cs="Arial"/>
          <w:sz w:val="18"/>
          <w:szCs w:val="18"/>
          <w:lang w:val="es-EC"/>
        </w:rPr>
        <w:t>Declaro conocer que mi responsabilidad como garante se activará únicamente cuando el socio titular incumpla su obligación de devolución y no existan valores suficientes o mecanismos disponibles para recuperar el saldo pendiente directamente del titular.</w:t>
      </w:r>
    </w:p>
    <w:p w14:paraId="15F99EA8" w14:textId="77777777" w:rsidR="00B528B3" w:rsidRDefault="00B528B3" w:rsidP="00981DCF">
      <w:pPr>
        <w:spacing w:after="0"/>
        <w:rPr>
          <w:rFonts w:ascii="Arial" w:hAnsi="Arial" w:cs="Arial"/>
          <w:b/>
          <w:bCs/>
          <w:sz w:val="18"/>
          <w:szCs w:val="18"/>
          <w:lang w:val="es-EC"/>
        </w:rPr>
      </w:pPr>
    </w:p>
    <w:p w14:paraId="0D915E33" w14:textId="1692BA16" w:rsidR="00981DCF" w:rsidRPr="008F70B4" w:rsidRDefault="00981DCF" w:rsidP="00981DCF">
      <w:pPr>
        <w:spacing w:after="0"/>
        <w:rPr>
          <w:rFonts w:ascii="Arial" w:hAnsi="Arial" w:cs="Arial"/>
          <w:sz w:val="18"/>
          <w:szCs w:val="18"/>
          <w:lang w:val="es-EC"/>
        </w:rPr>
      </w:pPr>
      <w:r w:rsidRPr="008F70B4">
        <w:rPr>
          <w:rFonts w:ascii="Arial" w:hAnsi="Arial" w:cs="Arial"/>
          <w:b/>
          <w:bCs/>
          <w:sz w:val="18"/>
          <w:szCs w:val="18"/>
          <w:lang w:val="es-EC"/>
        </w:rPr>
        <w:t>FIRMA DEL GARANTE</w:t>
      </w:r>
      <w:r w:rsidR="00B528B3">
        <w:rPr>
          <w:rFonts w:ascii="Arial" w:hAnsi="Arial" w:cs="Arial"/>
          <w:b/>
          <w:bCs/>
          <w:sz w:val="18"/>
          <w:szCs w:val="18"/>
          <w:lang w:val="es-EC"/>
        </w:rPr>
        <w:t>: ______________________________________________</w:t>
      </w:r>
    </w:p>
    <w:p w14:paraId="05CCA40B" w14:textId="77777777" w:rsidR="00B528B3" w:rsidRDefault="00B528B3" w:rsidP="00981DCF">
      <w:pPr>
        <w:spacing w:after="0"/>
        <w:rPr>
          <w:rFonts w:ascii="Arial" w:hAnsi="Arial" w:cs="Arial"/>
          <w:b/>
          <w:bCs/>
          <w:sz w:val="18"/>
          <w:szCs w:val="18"/>
          <w:lang w:val="es-EC"/>
        </w:rPr>
      </w:pPr>
    </w:p>
    <w:p w14:paraId="11BF0167" w14:textId="1A395F3B" w:rsidR="00981DCF" w:rsidRDefault="00B528B3" w:rsidP="00981DCF">
      <w:pPr>
        <w:spacing w:after="0"/>
        <w:rPr>
          <w:rFonts w:ascii="Arial" w:hAnsi="Arial" w:cs="Arial"/>
          <w:sz w:val="18"/>
          <w:szCs w:val="18"/>
          <w:lang w:val="es-EC"/>
        </w:rPr>
      </w:pPr>
      <w:r w:rsidRPr="008F70B4">
        <w:rPr>
          <w:rFonts w:ascii="Arial" w:hAnsi="Arial" w:cs="Arial"/>
          <w:b/>
          <w:bCs/>
          <w:sz w:val="18"/>
          <w:szCs w:val="18"/>
          <w:lang w:val="es-EC"/>
        </w:rPr>
        <w:t>NOMBRE:</w:t>
      </w:r>
      <w:r>
        <w:rPr>
          <w:rFonts w:ascii="Arial" w:hAnsi="Arial" w:cs="Arial"/>
          <w:b/>
          <w:bCs/>
          <w:sz w:val="18"/>
          <w:szCs w:val="18"/>
          <w:lang w:val="es-EC"/>
        </w:rPr>
        <w:t xml:space="preserve"> _________________________________</w:t>
      </w:r>
    </w:p>
    <w:p w14:paraId="13D459B4" w14:textId="77777777" w:rsidR="00B528B3" w:rsidRPr="008F70B4" w:rsidRDefault="00B528B3" w:rsidP="00981DCF">
      <w:pPr>
        <w:spacing w:after="0"/>
        <w:rPr>
          <w:rFonts w:ascii="Arial" w:hAnsi="Arial" w:cs="Arial"/>
          <w:sz w:val="18"/>
          <w:szCs w:val="18"/>
          <w:lang w:val="es-EC"/>
        </w:rPr>
      </w:pPr>
    </w:p>
    <w:p w14:paraId="67A57780" w14:textId="6BD1EEAB" w:rsidR="00981DCF" w:rsidRPr="008F70B4" w:rsidRDefault="00981DCF" w:rsidP="00981DCF">
      <w:pPr>
        <w:spacing w:after="0"/>
        <w:rPr>
          <w:rFonts w:ascii="Arial" w:hAnsi="Arial" w:cs="Arial"/>
          <w:sz w:val="18"/>
          <w:szCs w:val="18"/>
          <w:lang w:val="es-EC"/>
        </w:rPr>
      </w:pPr>
      <w:r w:rsidRPr="008F70B4">
        <w:rPr>
          <w:rFonts w:ascii="Arial" w:hAnsi="Arial" w:cs="Arial"/>
          <w:b/>
          <w:bCs/>
          <w:sz w:val="18"/>
          <w:szCs w:val="18"/>
          <w:lang w:val="es-EC"/>
        </w:rPr>
        <w:t>C.C.:</w:t>
      </w:r>
      <w:r w:rsidR="00B528B3">
        <w:rPr>
          <w:rFonts w:ascii="Arial" w:hAnsi="Arial" w:cs="Arial"/>
          <w:b/>
          <w:bCs/>
          <w:sz w:val="18"/>
          <w:szCs w:val="18"/>
          <w:lang w:val="es-EC"/>
        </w:rPr>
        <w:t xml:space="preserve"> ________________________________</w:t>
      </w:r>
    </w:p>
    <w:p w14:paraId="4C9E4B01" w14:textId="77777777" w:rsidR="00B528B3" w:rsidRDefault="00B528B3" w:rsidP="00981DCF">
      <w:pPr>
        <w:spacing w:after="0"/>
        <w:rPr>
          <w:rFonts w:ascii="Arial" w:hAnsi="Arial" w:cs="Arial"/>
          <w:sz w:val="18"/>
          <w:szCs w:val="18"/>
          <w:lang w:val="es-EC"/>
        </w:rPr>
      </w:pPr>
    </w:p>
    <w:p w14:paraId="5CAF8C5D" w14:textId="77777777" w:rsidR="00981DCF" w:rsidRPr="008F70B4" w:rsidRDefault="00981DCF" w:rsidP="00981DCF">
      <w:pPr>
        <w:spacing w:after="0"/>
        <w:rPr>
          <w:rFonts w:ascii="Arial" w:hAnsi="Arial" w:cs="Arial"/>
          <w:b/>
          <w:bCs/>
          <w:sz w:val="18"/>
          <w:szCs w:val="18"/>
          <w:lang w:val="es-EC"/>
        </w:rPr>
      </w:pPr>
      <w:r w:rsidRPr="008F70B4">
        <w:rPr>
          <w:rFonts w:ascii="Arial" w:hAnsi="Arial" w:cs="Arial"/>
          <w:b/>
          <w:bCs/>
          <w:sz w:val="18"/>
          <w:szCs w:val="18"/>
          <w:lang w:val="es-EC"/>
        </w:rPr>
        <w:t>DOCUMENTOS QUE SE ADJUNTAN</w:t>
      </w:r>
    </w:p>
    <w:p w14:paraId="4168427D" w14:textId="6FF2EC23" w:rsidR="00981DCF" w:rsidRPr="008F70B4" w:rsidRDefault="00981DCF" w:rsidP="00981DCF">
      <w:pPr>
        <w:spacing w:after="0"/>
        <w:rPr>
          <w:rFonts w:ascii="Arial" w:hAnsi="Arial" w:cs="Arial"/>
          <w:sz w:val="18"/>
          <w:szCs w:val="18"/>
          <w:lang w:val="es-EC"/>
        </w:rPr>
      </w:pPr>
      <w:r w:rsidRPr="008F70B4">
        <w:rPr>
          <w:rFonts w:ascii="Segoe UI Symbol" w:hAnsi="Segoe UI Symbol" w:cs="Segoe UI Symbol"/>
          <w:sz w:val="18"/>
          <w:szCs w:val="18"/>
          <w:lang w:val="es-EC"/>
        </w:rPr>
        <w:t>☐</w:t>
      </w:r>
      <w:r w:rsidRPr="008F70B4">
        <w:rPr>
          <w:rFonts w:ascii="Arial" w:hAnsi="Arial" w:cs="Arial"/>
          <w:sz w:val="18"/>
          <w:szCs w:val="18"/>
          <w:lang w:val="es-EC"/>
        </w:rPr>
        <w:t xml:space="preserve"> Copia de cédula del socio solicitante.</w:t>
      </w:r>
      <w:r w:rsidRPr="008F70B4">
        <w:rPr>
          <w:rFonts w:ascii="Arial" w:hAnsi="Arial" w:cs="Arial"/>
          <w:sz w:val="18"/>
          <w:szCs w:val="18"/>
          <w:lang w:val="es-EC"/>
        </w:rPr>
        <w:br/>
      </w:r>
      <w:r w:rsidRPr="008F70B4">
        <w:rPr>
          <w:rFonts w:ascii="Segoe UI Symbol" w:hAnsi="Segoe UI Symbol" w:cs="Segoe UI Symbol"/>
          <w:sz w:val="18"/>
          <w:szCs w:val="18"/>
          <w:lang w:val="es-EC"/>
        </w:rPr>
        <w:t>☐</w:t>
      </w:r>
      <w:r w:rsidRPr="008F70B4">
        <w:rPr>
          <w:rFonts w:ascii="Arial" w:hAnsi="Arial" w:cs="Arial"/>
          <w:sz w:val="18"/>
          <w:szCs w:val="18"/>
          <w:lang w:val="es-EC"/>
        </w:rPr>
        <w:t xml:space="preserve"> Tres últimos roles de pago del socio solicitante.</w:t>
      </w:r>
      <w:r w:rsidRPr="008F70B4">
        <w:rPr>
          <w:rFonts w:ascii="Arial" w:hAnsi="Arial" w:cs="Arial"/>
          <w:sz w:val="18"/>
          <w:szCs w:val="18"/>
          <w:lang w:val="es-EC"/>
        </w:rPr>
        <w:br/>
      </w:r>
      <w:r w:rsidRPr="008F70B4">
        <w:rPr>
          <w:rFonts w:ascii="Segoe UI Symbol" w:hAnsi="Segoe UI Symbol" w:cs="Segoe UI Symbol"/>
          <w:sz w:val="18"/>
          <w:szCs w:val="18"/>
          <w:lang w:val="es-EC"/>
        </w:rPr>
        <w:t>☐</w:t>
      </w:r>
      <w:r w:rsidRPr="008F70B4">
        <w:rPr>
          <w:rFonts w:ascii="Arial" w:hAnsi="Arial" w:cs="Arial"/>
          <w:sz w:val="18"/>
          <w:szCs w:val="18"/>
          <w:lang w:val="es-EC"/>
        </w:rPr>
        <w:t xml:space="preserve"> Copia de cédula del garante, cuando aplique.</w:t>
      </w:r>
      <w:r w:rsidRPr="008F70B4">
        <w:rPr>
          <w:rFonts w:ascii="Arial" w:hAnsi="Arial" w:cs="Arial"/>
          <w:sz w:val="18"/>
          <w:szCs w:val="18"/>
          <w:lang w:val="es-EC"/>
        </w:rPr>
        <w:br/>
      </w:r>
    </w:p>
    <w:p w14:paraId="57CB844F" w14:textId="77777777" w:rsidR="00981DCF" w:rsidRPr="008F70B4" w:rsidRDefault="00981DCF" w:rsidP="00981DCF">
      <w:pPr>
        <w:spacing w:after="0"/>
        <w:rPr>
          <w:rFonts w:ascii="Arial" w:hAnsi="Arial" w:cs="Arial"/>
          <w:sz w:val="18"/>
          <w:szCs w:val="18"/>
          <w:lang w:val="es-EC"/>
        </w:rPr>
      </w:pPr>
      <w:r w:rsidRPr="008F70B4">
        <w:rPr>
          <w:rFonts w:ascii="Arial" w:hAnsi="Arial" w:cs="Arial"/>
          <w:b/>
          <w:bCs/>
          <w:sz w:val="18"/>
          <w:szCs w:val="18"/>
          <w:lang w:val="es-EC"/>
        </w:rPr>
        <w:t>Nota:</w:t>
      </w:r>
      <w:r w:rsidRPr="008F70B4">
        <w:rPr>
          <w:rFonts w:ascii="Arial" w:hAnsi="Arial" w:cs="Arial"/>
          <w:sz w:val="18"/>
          <w:szCs w:val="18"/>
          <w:lang w:val="es-EC"/>
        </w:rPr>
        <w:t xml:space="preserve"> La presentación de esta solicitud no implica aprobación automática del apoyo solidario reembolsable. La solicitud será revisada conforme el Reglamento vigente de la ASET-SCPM.</w:t>
      </w:r>
    </w:p>
    <w:sectPr w:rsidR="00981DCF" w:rsidRPr="008F70B4" w:rsidSect="0003461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2C95" w14:textId="77777777" w:rsidR="00CC1338" w:rsidRDefault="00CC1338">
      <w:pPr>
        <w:spacing w:after="0" w:line="240" w:lineRule="auto"/>
      </w:pPr>
      <w:r>
        <w:separator/>
      </w:r>
    </w:p>
  </w:endnote>
  <w:endnote w:type="continuationSeparator" w:id="0">
    <w:p w14:paraId="6A298DD3" w14:textId="77777777" w:rsidR="00CC1338" w:rsidRDefault="00CC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E115" w14:textId="77777777" w:rsidR="00A67442" w:rsidRDefault="00000000">
    <w:pPr>
      <w:pStyle w:val="Piedepgina"/>
      <w:jc w:val="center"/>
    </w:pPr>
    <w:r>
      <w:rPr>
        <w:rFonts w:ascii="Arial" w:hAnsi="Arial"/>
        <w:color w:val="787878"/>
        <w:sz w:val="17"/>
      </w:rPr>
      <w:t xml:space="preserve">Av. De </w:t>
    </w:r>
    <w:proofErr w:type="spellStart"/>
    <w:r>
      <w:rPr>
        <w:rFonts w:ascii="Arial" w:hAnsi="Arial"/>
        <w:color w:val="787878"/>
        <w:sz w:val="17"/>
      </w:rPr>
      <w:t>los</w:t>
    </w:r>
    <w:proofErr w:type="spellEnd"/>
    <w:r>
      <w:rPr>
        <w:rFonts w:ascii="Arial" w:hAnsi="Arial"/>
        <w:color w:val="787878"/>
        <w:sz w:val="17"/>
      </w:rPr>
      <w:t xml:space="preserve"> </w:t>
    </w:r>
    <w:proofErr w:type="spellStart"/>
    <w:r>
      <w:rPr>
        <w:rFonts w:ascii="Arial" w:hAnsi="Arial"/>
        <w:color w:val="787878"/>
        <w:sz w:val="17"/>
      </w:rPr>
      <w:t>Shyris</w:t>
    </w:r>
    <w:proofErr w:type="spellEnd"/>
    <w:r>
      <w:rPr>
        <w:rFonts w:ascii="Arial" w:hAnsi="Arial"/>
        <w:color w:val="787878"/>
        <w:sz w:val="17"/>
      </w:rPr>
      <w:t xml:space="preserve"> N44-93 y Río Coca. </w:t>
    </w:r>
    <w:proofErr w:type="spellStart"/>
    <w:r>
      <w:rPr>
        <w:rFonts w:ascii="Arial" w:hAnsi="Arial"/>
        <w:color w:val="787878"/>
        <w:sz w:val="17"/>
      </w:rPr>
      <w:t>Edificio</w:t>
    </w:r>
    <w:proofErr w:type="spellEnd"/>
    <w:r>
      <w:rPr>
        <w:rFonts w:ascii="Arial" w:hAnsi="Arial"/>
        <w:color w:val="787878"/>
        <w:sz w:val="17"/>
      </w:rPr>
      <w:t xml:space="preserve"> Ocaña | </w:t>
    </w:r>
    <w:proofErr w:type="spellStart"/>
    <w:r>
      <w:rPr>
        <w:rFonts w:ascii="Arial" w:hAnsi="Arial"/>
        <w:color w:val="787878"/>
        <w:sz w:val="17"/>
      </w:rPr>
      <w:t>Telf</w:t>
    </w:r>
    <w:proofErr w:type="spellEnd"/>
    <w:r>
      <w:rPr>
        <w:rFonts w:ascii="Arial" w:hAnsi="Arial"/>
        <w:color w:val="787878"/>
        <w:sz w:val="17"/>
      </w:rPr>
      <w:t>.: (593) 23956010</w:t>
    </w:r>
    <w:r>
      <w:rPr>
        <w:rFonts w:ascii="Arial" w:hAnsi="Arial"/>
        <w:color w:val="787878"/>
        <w:sz w:val="17"/>
      </w:rPr>
      <w:br/>
      <w:t>R.U.C 1792796792001 | Quito-Ecuador | Email: aset_admin@aset-scpm.com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443CE" w14:textId="77777777" w:rsidR="00CC1338" w:rsidRDefault="00CC1338">
      <w:pPr>
        <w:spacing w:after="0" w:line="240" w:lineRule="auto"/>
      </w:pPr>
      <w:r>
        <w:separator/>
      </w:r>
    </w:p>
  </w:footnote>
  <w:footnote w:type="continuationSeparator" w:id="0">
    <w:p w14:paraId="6E0D4D9F" w14:textId="77777777" w:rsidR="00CC1338" w:rsidRDefault="00CC1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6026" w14:textId="3E72B538" w:rsidR="00931A04" w:rsidRDefault="00931A04">
    <w:pPr>
      <w:pStyle w:val="Encabezado"/>
    </w:pPr>
    <w:r w:rsidRPr="00931A04">
      <w:rPr>
        <w:noProof/>
      </w:rPr>
      <w:drawing>
        <wp:inline distT="0" distB="0" distL="0" distR="0" wp14:anchorId="0F940000" wp14:editId="519F05C7">
          <wp:extent cx="1483200" cy="882000"/>
          <wp:effectExtent l="0" t="0" r="3175" b="0"/>
          <wp:docPr id="13126666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66606" name=""/>
                  <pic:cNvPicPr/>
                </pic:nvPicPr>
                <pic:blipFill>
                  <a:blip r:embed="rId1"/>
                  <a:stretch>
                    <a:fillRect/>
                  </a:stretch>
                </pic:blipFill>
                <pic:spPr>
                  <a:xfrm>
                    <a:off x="0" y="0"/>
                    <a:ext cx="1483200" cy="882000"/>
                  </a:xfrm>
                  <a:prstGeom prst="rect">
                    <a:avLst/>
                  </a:prstGeom>
                </pic:spPr>
              </pic:pic>
            </a:graphicData>
          </a:graphic>
        </wp:inline>
      </w:drawing>
    </w:r>
  </w:p>
  <w:p w14:paraId="250B5009" w14:textId="77777777" w:rsidR="00931A04" w:rsidRDefault="00931A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356A67A9"/>
    <w:multiLevelType w:val="multilevel"/>
    <w:tmpl w:val="1BD2C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9255194">
    <w:abstractNumId w:val="8"/>
  </w:num>
  <w:num w:numId="2" w16cid:durableId="1009718838">
    <w:abstractNumId w:val="6"/>
  </w:num>
  <w:num w:numId="3" w16cid:durableId="554782831">
    <w:abstractNumId w:val="5"/>
  </w:num>
  <w:num w:numId="4" w16cid:durableId="1937865771">
    <w:abstractNumId w:val="4"/>
  </w:num>
  <w:num w:numId="5" w16cid:durableId="1364134221">
    <w:abstractNumId w:val="7"/>
  </w:num>
  <w:num w:numId="6" w16cid:durableId="1765566758">
    <w:abstractNumId w:val="3"/>
  </w:num>
  <w:num w:numId="7" w16cid:durableId="2002267694">
    <w:abstractNumId w:val="2"/>
  </w:num>
  <w:num w:numId="8" w16cid:durableId="607616694">
    <w:abstractNumId w:val="1"/>
  </w:num>
  <w:num w:numId="9" w16cid:durableId="1481189253">
    <w:abstractNumId w:val="0"/>
  </w:num>
  <w:num w:numId="10" w16cid:durableId="8148793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40EB"/>
    <w:rsid w:val="0015074B"/>
    <w:rsid w:val="0029639D"/>
    <w:rsid w:val="00326F90"/>
    <w:rsid w:val="003B4082"/>
    <w:rsid w:val="00400206"/>
    <w:rsid w:val="004414EA"/>
    <w:rsid w:val="0083231B"/>
    <w:rsid w:val="008E6113"/>
    <w:rsid w:val="008F70B4"/>
    <w:rsid w:val="00931A04"/>
    <w:rsid w:val="00981DCF"/>
    <w:rsid w:val="00A67442"/>
    <w:rsid w:val="00AA1D8D"/>
    <w:rsid w:val="00B47730"/>
    <w:rsid w:val="00B528B3"/>
    <w:rsid w:val="00CB0664"/>
    <w:rsid w:val="00CC1338"/>
    <w:rsid w:val="00F70D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5E7A5A"/>
  <w14:defaultImageDpi w14:val="300"/>
  <w15:docId w15:val="{F26F028C-D0AF-4B1E-9E4F-BC40E6BE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636</Words>
  <Characters>3503</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aset-scpm</dc:creator>
  <cp:keywords/>
  <dc:description>generated by python-docx</dc:description>
  <cp:lastModifiedBy>Arnaldo Silva</cp:lastModifiedBy>
  <cp:revision>4</cp:revision>
  <dcterms:created xsi:type="dcterms:W3CDTF">2026-07-03T17:26:00Z</dcterms:created>
  <dcterms:modified xsi:type="dcterms:W3CDTF">2026-07-03T17:54:00Z</dcterms:modified>
  <cp:category/>
</cp:coreProperties>
</file>